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E6DD" w14:textId="77777777" w:rsidR="006B136D" w:rsidRDefault="006B136D" w:rsidP="006B136D">
      <w:pPr>
        <w:spacing w:before="520"/>
      </w:pPr>
      <w:r>
        <w:rPr>
          <w:noProof/>
        </w:rPr>
        <w:drawing>
          <wp:anchor distT="0" distB="0" distL="114300" distR="114300" simplePos="0" relativeHeight="251659264" behindDoc="0" locked="0" layoutInCell="1" allowOverlap="1" wp14:anchorId="1F91F8C2" wp14:editId="3E00F6AE">
            <wp:simplePos x="1781092" y="978010"/>
            <wp:positionH relativeFrom="column">
              <wp:posOffset>1785758</wp:posOffset>
            </wp:positionH>
            <wp:positionV relativeFrom="paragraph">
              <wp:align>top</wp:align>
            </wp:positionV>
            <wp:extent cx="4140000" cy="1828052"/>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3"/>
                    <a:stretch>
                      <a:fillRect/>
                    </a:stretch>
                  </pic:blipFill>
                  <pic:spPr>
                    <a:xfrm>
                      <a:off x="0" y="0"/>
                      <a:ext cx="4140000" cy="1828052"/>
                    </a:xfrm>
                    <a:prstGeom prst="rect">
                      <a:avLst/>
                    </a:prstGeom>
                  </pic:spPr>
                </pic:pic>
              </a:graphicData>
            </a:graphic>
          </wp:anchor>
        </w:drawing>
      </w:r>
      <w:r>
        <w:br w:type="textWrapping" w:clear="all"/>
      </w:r>
    </w:p>
    <w:p w14:paraId="32EE866D" w14:textId="77777777" w:rsidR="006B136D" w:rsidRDefault="006B136D" w:rsidP="006B136D">
      <w:pPr>
        <w:spacing w:before="840" w:after="80"/>
      </w:pPr>
      <w:r>
        <w:rPr>
          <w:b/>
          <w:sz w:val="52"/>
        </w:rPr>
        <w:t>VULNERABILITY DISCLOSURE POLICY</w:t>
      </w:r>
    </w:p>
    <w:p w14:paraId="03A7CAC9" w14:textId="77777777" w:rsidR="006B136D" w:rsidRDefault="006B136D" w:rsidP="006B136D">
      <w:pPr>
        <w:spacing w:after="400"/>
      </w:pPr>
      <w:r>
        <w:rPr>
          <w:b/>
          <w:color w:val="FF7000"/>
          <w:sz w:val="26"/>
        </w:rPr>
        <w:t>Responsible disclosure for Van Aarsen products</w:t>
      </w:r>
    </w:p>
    <w:p w14:paraId="571B238F" w14:textId="77777777" w:rsidR="006B136D" w:rsidRDefault="006B136D" w:rsidP="006B136D">
      <w:pPr>
        <w:spacing w:after="60"/>
      </w:pPr>
      <w:r>
        <w:rPr>
          <w:b/>
          <w:sz w:val="28"/>
        </w:rPr>
        <w:t>B0456118</w:t>
      </w:r>
    </w:p>
    <w:p w14:paraId="47301B09" w14:textId="77777777" w:rsidR="006B136D" w:rsidRDefault="006B136D" w:rsidP="006B136D">
      <w:pPr>
        <w:spacing w:after="60"/>
      </w:pPr>
      <w:r>
        <w:rPr>
          <w:b/>
          <w:sz w:val="20"/>
        </w:rPr>
        <w:t>Public policy</w:t>
      </w:r>
    </w:p>
    <w:p w14:paraId="1B8A0C4D" w14:textId="77777777" w:rsidR="006B136D" w:rsidRDefault="006B136D" w:rsidP="006B136D">
      <w:pPr>
        <w:spacing w:after="60"/>
      </w:pPr>
      <w:r>
        <w:rPr>
          <w:sz w:val="20"/>
        </w:rPr>
        <w:t>V1.0  |  September 2026</w:t>
      </w:r>
    </w:p>
    <w:p w14:paraId="1A06AC42" w14:textId="77777777" w:rsidR="006B136D" w:rsidRDefault="006B136D" w:rsidP="006B136D">
      <w:r>
        <w:br w:type="page"/>
      </w:r>
    </w:p>
    <w:p w14:paraId="0D0B21FE" w14:textId="77777777" w:rsidR="006B136D" w:rsidRDefault="006B136D" w:rsidP="006B136D">
      <w:pPr>
        <w:pStyle w:val="Heading1"/>
      </w:pPr>
      <w:r w:rsidRPr="009321E7">
        <w:lastRenderedPageBreak/>
        <w:t>DOCUMENT CONTROL AND PUBLICATION</w:t>
      </w:r>
    </w:p>
    <w:tbl>
      <w:tblPr>
        <w:tblW w:w="0" w:type="auto"/>
        <w:tblLayout w:type="fixed"/>
        <w:tblLook w:val="04A0" w:firstRow="1" w:lastRow="0" w:firstColumn="1" w:lastColumn="0" w:noHBand="0" w:noVBand="1"/>
      </w:tblPr>
      <w:tblGrid>
        <w:gridCol w:w="4536"/>
        <w:gridCol w:w="4536"/>
      </w:tblGrid>
      <w:tr w:rsidR="006B136D" w14:paraId="37080447" w14:textId="77777777" w:rsidTr="00A34B7B">
        <w:tc>
          <w:tcPr>
            <w:tcW w:w="4536" w:type="dxa"/>
            <w:shd w:val="clear" w:color="auto" w:fill="21244A"/>
            <w:tcMar>
              <w:top w:w="100" w:type="dxa"/>
              <w:left w:w="100" w:type="dxa"/>
              <w:bottom w:w="100" w:type="dxa"/>
              <w:right w:w="100" w:type="dxa"/>
            </w:tcMar>
            <w:vAlign w:val="center"/>
          </w:tcPr>
          <w:p w14:paraId="7F23C1B8" w14:textId="77777777" w:rsidR="006B136D" w:rsidRDefault="006B136D" w:rsidP="00A34B7B">
            <w:pPr>
              <w:spacing w:after="0"/>
            </w:pPr>
            <w:r>
              <w:rPr>
                <w:b/>
                <w:color w:val="FFFFFF"/>
                <w:sz w:val="18"/>
              </w:rPr>
              <w:t>Document number</w:t>
            </w:r>
          </w:p>
        </w:tc>
        <w:tc>
          <w:tcPr>
            <w:tcW w:w="4536" w:type="dxa"/>
            <w:tcMar>
              <w:top w:w="100" w:type="dxa"/>
              <w:left w:w="100" w:type="dxa"/>
              <w:bottom w:w="100" w:type="dxa"/>
              <w:right w:w="100" w:type="dxa"/>
            </w:tcMar>
            <w:vAlign w:val="center"/>
          </w:tcPr>
          <w:p w14:paraId="19CBB5BE" w14:textId="77777777" w:rsidR="006B136D" w:rsidRDefault="006B136D" w:rsidP="00A34B7B">
            <w:pPr>
              <w:spacing w:after="0"/>
            </w:pPr>
            <w:r>
              <w:rPr>
                <w:sz w:val="18"/>
              </w:rPr>
              <w:t>B0456118</w:t>
            </w:r>
          </w:p>
        </w:tc>
      </w:tr>
      <w:tr w:rsidR="006B136D" w14:paraId="46001CBE" w14:textId="77777777" w:rsidTr="00A34B7B">
        <w:tc>
          <w:tcPr>
            <w:tcW w:w="4536" w:type="dxa"/>
            <w:shd w:val="clear" w:color="auto" w:fill="21244A"/>
            <w:tcMar>
              <w:top w:w="100" w:type="dxa"/>
              <w:left w:w="100" w:type="dxa"/>
              <w:bottom w:w="100" w:type="dxa"/>
              <w:right w:w="100" w:type="dxa"/>
            </w:tcMar>
            <w:vAlign w:val="center"/>
          </w:tcPr>
          <w:p w14:paraId="4998F1DB" w14:textId="77777777" w:rsidR="006B136D" w:rsidRDefault="006B136D" w:rsidP="00A34B7B">
            <w:pPr>
              <w:spacing w:after="0"/>
            </w:pPr>
            <w:r>
              <w:rPr>
                <w:b/>
                <w:color w:val="FFFFFF"/>
                <w:sz w:val="18"/>
              </w:rPr>
              <w:t>Version</w:t>
            </w:r>
          </w:p>
        </w:tc>
        <w:tc>
          <w:tcPr>
            <w:tcW w:w="4536" w:type="dxa"/>
            <w:tcMar>
              <w:top w:w="100" w:type="dxa"/>
              <w:left w:w="100" w:type="dxa"/>
              <w:bottom w:w="100" w:type="dxa"/>
              <w:right w:w="100" w:type="dxa"/>
            </w:tcMar>
            <w:vAlign w:val="center"/>
          </w:tcPr>
          <w:p w14:paraId="0B834524" w14:textId="77777777" w:rsidR="006B136D" w:rsidRDefault="006B136D" w:rsidP="00A34B7B">
            <w:pPr>
              <w:spacing w:after="0"/>
            </w:pPr>
            <w:r>
              <w:rPr>
                <w:sz w:val="18"/>
              </w:rPr>
              <w:t>1.0</w:t>
            </w:r>
          </w:p>
        </w:tc>
      </w:tr>
      <w:tr w:rsidR="006B136D" w14:paraId="08B568B4" w14:textId="77777777" w:rsidTr="00A34B7B">
        <w:tc>
          <w:tcPr>
            <w:tcW w:w="4536" w:type="dxa"/>
            <w:shd w:val="clear" w:color="auto" w:fill="21244A"/>
            <w:tcMar>
              <w:top w:w="100" w:type="dxa"/>
              <w:left w:w="100" w:type="dxa"/>
              <w:bottom w:w="100" w:type="dxa"/>
              <w:right w:w="100" w:type="dxa"/>
            </w:tcMar>
            <w:vAlign w:val="center"/>
          </w:tcPr>
          <w:p w14:paraId="0D5B7460" w14:textId="77777777" w:rsidR="006B136D" w:rsidRDefault="006B136D" w:rsidP="00A34B7B">
            <w:pPr>
              <w:spacing w:after="0"/>
            </w:pPr>
            <w:r>
              <w:rPr>
                <w:b/>
                <w:color w:val="FFFFFF"/>
                <w:sz w:val="18"/>
              </w:rPr>
              <w:t>Status</w:t>
            </w:r>
          </w:p>
        </w:tc>
        <w:tc>
          <w:tcPr>
            <w:tcW w:w="4536" w:type="dxa"/>
            <w:tcMar>
              <w:top w:w="100" w:type="dxa"/>
              <w:left w:w="100" w:type="dxa"/>
              <w:bottom w:w="100" w:type="dxa"/>
              <w:right w:w="100" w:type="dxa"/>
            </w:tcMar>
            <w:vAlign w:val="center"/>
          </w:tcPr>
          <w:p w14:paraId="088C4811" w14:textId="77777777" w:rsidR="006B136D" w:rsidRDefault="006B136D" w:rsidP="00A34B7B">
            <w:pPr>
              <w:spacing w:after="0"/>
            </w:pPr>
            <w:r>
              <w:rPr>
                <w:sz w:val="18"/>
              </w:rPr>
              <w:t>Public</w:t>
            </w:r>
          </w:p>
        </w:tc>
      </w:tr>
      <w:tr w:rsidR="006B136D" w14:paraId="2B841CB4" w14:textId="77777777" w:rsidTr="00A34B7B">
        <w:tc>
          <w:tcPr>
            <w:tcW w:w="4536" w:type="dxa"/>
            <w:shd w:val="clear" w:color="auto" w:fill="21244A"/>
            <w:tcMar>
              <w:top w:w="100" w:type="dxa"/>
              <w:left w:w="100" w:type="dxa"/>
              <w:bottom w:w="100" w:type="dxa"/>
              <w:right w:w="100" w:type="dxa"/>
            </w:tcMar>
            <w:vAlign w:val="center"/>
          </w:tcPr>
          <w:p w14:paraId="327E8188" w14:textId="77777777" w:rsidR="006B136D" w:rsidRDefault="006B136D" w:rsidP="00A34B7B">
            <w:pPr>
              <w:spacing w:after="0"/>
            </w:pPr>
            <w:r>
              <w:rPr>
                <w:b/>
                <w:color w:val="FFFFFF"/>
                <w:sz w:val="18"/>
              </w:rPr>
              <w:t>Document owner</w:t>
            </w:r>
          </w:p>
        </w:tc>
        <w:tc>
          <w:tcPr>
            <w:tcW w:w="4536" w:type="dxa"/>
            <w:tcMar>
              <w:top w:w="100" w:type="dxa"/>
              <w:left w:w="100" w:type="dxa"/>
              <w:bottom w:w="100" w:type="dxa"/>
              <w:right w:w="100" w:type="dxa"/>
            </w:tcMar>
            <w:vAlign w:val="center"/>
          </w:tcPr>
          <w:p w14:paraId="3A3C0477" w14:textId="77777777" w:rsidR="006B136D" w:rsidRDefault="006B136D" w:rsidP="00A34B7B">
            <w:pPr>
              <w:spacing w:after="0"/>
            </w:pPr>
            <w:r>
              <w:rPr>
                <w:sz w:val="18"/>
              </w:rPr>
              <w:t>Director Technology</w:t>
            </w:r>
          </w:p>
        </w:tc>
      </w:tr>
      <w:tr w:rsidR="006B136D" w14:paraId="12A759B8" w14:textId="77777777" w:rsidTr="00A34B7B">
        <w:tc>
          <w:tcPr>
            <w:tcW w:w="4536" w:type="dxa"/>
            <w:shd w:val="clear" w:color="auto" w:fill="21244A"/>
            <w:tcMar>
              <w:top w:w="100" w:type="dxa"/>
              <w:left w:w="100" w:type="dxa"/>
              <w:bottom w:w="100" w:type="dxa"/>
              <w:right w:w="100" w:type="dxa"/>
            </w:tcMar>
            <w:vAlign w:val="center"/>
          </w:tcPr>
          <w:p w14:paraId="064DE635" w14:textId="77777777" w:rsidR="006B136D" w:rsidRDefault="006B136D" w:rsidP="00A34B7B">
            <w:pPr>
              <w:spacing w:after="0"/>
            </w:pPr>
            <w:r>
              <w:rPr>
                <w:b/>
                <w:color w:val="FFFFFF"/>
                <w:sz w:val="18"/>
              </w:rPr>
              <w:t>Review frequency</w:t>
            </w:r>
          </w:p>
        </w:tc>
        <w:tc>
          <w:tcPr>
            <w:tcW w:w="4536" w:type="dxa"/>
            <w:tcMar>
              <w:top w:w="100" w:type="dxa"/>
              <w:left w:w="100" w:type="dxa"/>
              <w:bottom w:w="100" w:type="dxa"/>
              <w:right w:w="100" w:type="dxa"/>
            </w:tcMar>
            <w:vAlign w:val="center"/>
          </w:tcPr>
          <w:p w14:paraId="7585374C" w14:textId="77777777" w:rsidR="006B136D" w:rsidRDefault="006B136D" w:rsidP="00A34B7B">
            <w:pPr>
              <w:spacing w:after="0"/>
            </w:pPr>
            <w:r>
              <w:rPr>
                <w:sz w:val="18"/>
              </w:rPr>
              <w:t>Annually</w:t>
            </w:r>
          </w:p>
        </w:tc>
      </w:tr>
    </w:tbl>
    <w:p w14:paraId="3929AC1B" w14:textId="77777777" w:rsidR="006B136D" w:rsidRDefault="006B136D" w:rsidP="006B136D"/>
    <w:p w14:paraId="0EBC4D7F" w14:textId="77777777" w:rsidR="006B136D" w:rsidRDefault="006B136D" w:rsidP="006B136D">
      <w:pPr>
        <w:spacing w:after="40"/>
      </w:pPr>
      <w:r>
        <w:t>This document is the controlled master version of the Van Aarsen Vulnerability Disclosure Policy. The public version and online reporting form are published on the Van Aarsen website and shall remain consistent with this document.</w:t>
      </w:r>
    </w:p>
    <w:p w14:paraId="68F5B1C3" w14:textId="77777777" w:rsidR="006B136D" w:rsidRDefault="006B136D" w:rsidP="006B136D">
      <w:pPr>
        <w:pStyle w:val="Heading1"/>
      </w:pPr>
      <w:r>
        <w:t>1  Purpose</w:t>
      </w:r>
    </w:p>
    <w:p w14:paraId="34B1819F" w14:textId="77777777" w:rsidR="006B136D" w:rsidRDefault="006B136D" w:rsidP="006B136D">
      <w:r>
        <w:t>Van Aarsen International B.V. is committed to developing and maintaining secure and reliable products throughout their entire lifecycle. Despite careful development and testing, security vulnerabilities may still occur.</w:t>
      </w:r>
    </w:p>
    <w:p w14:paraId="18C68D4D" w14:textId="77777777" w:rsidR="006B136D" w:rsidRDefault="006B136D" w:rsidP="006B136D">
      <w:r>
        <w:t>This Vulnerability Disclosure Policy explains how customers, suppliers, security researchers and other stakeholders can responsibly report suspected security vulnerabilities in Van Aarsen products.</w:t>
      </w:r>
    </w:p>
    <w:p w14:paraId="142782F7" w14:textId="77777777" w:rsidR="006B136D" w:rsidRDefault="006B136D" w:rsidP="006B136D">
      <w:r>
        <w:t>The objectives of this policy are:</w:t>
      </w:r>
    </w:p>
    <w:p w14:paraId="4AD7F5DA" w14:textId="77777777" w:rsidR="006B136D" w:rsidRDefault="006B136D" w:rsidP="006B136D">
      <w:pPr>
        <w:pStyle w:val="ListBullet"/>
        <w:tabs>
          <w:tab w:val="clear" w:pos="360"/>
          <w:tab w:val="num" w:pos="567"/>
        </w:tabs>
        <w:spacing w:after="40"/>
        <w:ind w:left="567" w:hanging="283"/>
      </w:pPr>
      <w:r>
        <w:t>Improve the cybersecurity of Van Aarsen products</w:t>
      </w:r>
    </w:p>
    <w:p w14:paraId="59FF87E8" w14:textId="77777777" w:rsidR="006B136D" w:rsidRDefault="006B136D" w:rsidP="006B136D">
      <w:pPr>
        <w:pStyle w:val="ListBullet"/>
        <w:tabs>
          <w:tab w:val="clear" w:pos="360"/>
          <w:tab w:val="num" w:pos="567"/>
        </w:tabs>
        <w:spacing w:after="40"/>
        <w:ind w:left="567" w:hanging="283"/>
      </w:pPr>
      <w:r>
        <w:t>Protect customers and end users</w:t>
      </w:r>
    </w:p>
    <w:p w14:paraId="3B0DB5B5" w14:textId="77777777" w:rsidR="006B136D" w:rsidRDefault="006B136D" w:rsidP="006B136D">
      <w:pPr>
        <w:pStyle w:val="ListBullet"/>
        <w:tabs>
          <w:tab w:val="clear" w:pos="360"/>
          <w:tab w:val="num" w:pos="567"/>
        </w:tabs>
        <w:spacing w:after="40"/>
        <w:ind w:left="567" w:hanging="283"/>
      </w:pPr>
      <w:r>
        <w:t>Investigate and resolve reported vulnerabilities in a timely manner</w:t>
      </w:r>
    </w:p>
    <w:p w14:paraId="1800C636" w14:textId="77777777" w:rsidR="006B136D" w:rsidRDefault="006B136D" w:rsidP="006B136D">
      <w:pPr>
        <w:pStyle w:val="ListBullet"/>
        <w:tabs>
          <w:tab w:val="clear" w:pos="360"/>
          <w:tab w:val="num" w:pos="567"/>
        </w:tabs>
        <w:spacing w:after="40"/>
        <w:ind w:left="567" w:hanging="283"/>
      </w:pPr>
      <w:r>
        <w:t>Support compliance with the Cyber Resilience Act (CRA)</w:t>
      </w:r>
    </w:p>
    <w:p w14:paraId="70C0B6D8" w14:textId="77777777" w:rsidR="006B136D" w:rsidRDefault="006B136D" w:rsidP="006B136D">
      <w:pPr>
        <w:pStyle w:val="Heading1"/>
      </w:pPr>
      <w:r>
        <w:t>2  Scope</w:t>
      </w:r>
    </w:p>
    <w:p w14:paraId="2C336346" w14:textId="77777777" w:rsidR="006B136D" w:rsidRDefault="006B136D" w:rsidP="006B136D">
      <w:r>
        <w:t>This policy applies to products developed, manufactured or supplied by Van Aarsen that contain digital elements, including:</w:t>
      </w:r>
    </w:p>
    <w:p w14:paraId="4A742FFF" w14:textId="77777777" w:rsidR="006B136D" w:rsidRDefault="006B136D" w:rsidP="006B136D">
      <w:pPr>
        <w:pStyle w:val="ListBullet"/>
        <w:tabs>
          <w:tab w:val="clear" w:pos="360"/>
          <w:tab w:val="num" w:pos="567"/>
        </w:tabs>
        <w:spacing w:after="40"/>
        <w:ind w:left="567" w:hanging="283"/>
      </w:pPr>
      <w:r>
        <w:t>PLC software</w:t>
      </w:r>
    </w:p>
    <w:p w14:paraId="666232FC" w14:textId="77777777" w:rsidR="006B136D" w:rsidRDefault="006B136D" w:rsidP="006B136D">
      <w:pPr>
        <w:pStyle w:val="ListBullet"/>
        <w:tabs>
          <w:tab w:val="clear" w:pos="360"/>
          <w:tab w:val="num" w:pos="567"/>
        </w:tabs>
        <w:spacing w:after="40"/>
        <w:ind w:left="567" w:hanging="283"/>
      </w:pPr>
      <w:r>
        <w:t>HMI software</w:t>
      </w:r>
    </w:p>
    <w:p w14:paraId="604AD638" w14:textId="77777777" w:rsidR="006B136D" w:rsidRDefault="006B136D" w:rsidP="006B136D">
      <w:pPr>
        <w:pStyle w:val="ListBullet"/>
        <w:tabs>
          <w:tab w:val="clear" w:pos="360"/>
          <w:tab w:val="num" w:pos="567"/>
        </w:tabs>
        <w:spacing w:after="40"/>
        <w:ind w:left="567" w:hanging="283"/>
      </w:pPr>
      <w:r>
        <w:t>Industrial PCs (IPC)</w:t>
      </w:r>
    </w:p>
    <w:p w14:paraId="32091908" w14:textId="77777777" w:rsidR="006B136D" w:rsidRDefault="006B136D" w:rsidP="006B136D">
      <w:pPr>
        <w:pStyle w:val="ListBullet"/>
        <w:tabs>
          <w:tab w:val="clear" w:pos="360"/>
          <w:tab w:val="num" w:pos="567"/>
        </w:tabs>
        <w:spacing w:after="40"/>
        <w:ind w:left="567" w:hanging="283"/>
      </w:pPr>
      <w:r>
        <w:t>Embedded software</w:t>
      </w:r>
    </w:p>
    <w:p w14:paraId="221216F5" w14:textId="77777777" w:rsidR="006B136D" w:rsidRDefault="006B136D" w:rsidP="006B136D">
      <w:pPr>
        <w:pStyle w:val="ListBullet"/>
        <w:tabs>
          <w:tab w:val="clear" w:pos="360"/>
          <w:tab w:val="num" w:pos="567"/>
        </w:tabs>
        <w:spacing w:after="40"/>
        <w:ind w:left="567" w:hanging="283"/>
      </w:pPr>
      <w:r>
        <w:t>Firmware</w:t>
      </w:r>
    </w:p>
    <w:p w14:paraId="2B0780AF" w14:textId="77777777" w:rsidR="006B136D" w:rsidRDefault="006B136D" w:rsidP="006B136D">
      <w:pPr>
        <w:pStyle w:val="ListBullet"/>
        <w:tabs>
          <w:tab w:val="clear" w:pos="360"/>
          <w:tab w:val="num" w:pos="567"/>
        </w:tabs>
        <w:spacing w:after="40"/>
        <w:ind w:left="567" w:hanging="283"/>
      </w:pPr>
      <w:r>
        <w:t>Factory Control Software</w:t>
      </w:r>
    </w:p>
    <w:p w14:paraId="59E07E95" w14:textId="77777777" w:rsidR="006B136D" w:rsidRDefault="006B136D" w:rsidP="006B136D">
      <w:pPr>
        <w:pStyle w:val="ListBullet"/>
        <w:tabs>
          <w:tab w:val="clear" w:pos="360"/>
          <w:tab w:val="num" w:pos="567"/>
        </w:tabs>
        <w:spacing w:after="40"/>
        <w:ind w:left="567" w:hanging="283"/>
      </w:pPr>
      <w:r>
        <w:t>Remote Access solutions</w:t>
      </w:r>
    </w:p>
    <w:p w14:paraId="1464FF23" w14:textId="77777777" w:rsidR="006B136D" w:rsidRDefault="006B136D" w:rsidP="006B136D">
      <w:pPr>
        <w:pStyle w:val="ListBullet"/>
        <w:tabs>
          <w:tab w:val="clear" w:pos="360"/>
          <w:tab w:val="num" w:pos="567"/>
        </w:tabs>
        <w:spacing w:after="40"/>
        <w:ind w:left="567" w:hanging="283"/>
      </w:pPr>
      <w:r>
        <w:t>Cloud services</w:t>
      </w:r>
    </w:p>
    <w:p w14:paraId="019C8F80" w14:textId="77777777" w:rsidR="006B136D" w:rsidRDefault="006B136D" w:rsidP="006B136D">
      <w:pPr>
        <w:pStyle w:val="ListBullet"/>
        <w:tabs>
          <w:tab w:val="clear" w:pos="360"/>
          <w:tab w:val="num" w:pos="567"/>
        </w:tabs>
        <w:spacing w:after="40"/>
        <w:ind w:left="567" w:hanging="283"/>
      </w:pPr>
      <w:r>
        <w:t>Other software components forming part of a Van Aarsen product</w:t>
      </w:r>
    </w:p>
    <w:p w14:paraId="6E39D44D" w14:textId="77777777" w:rsidR="006B136D" w:rsidRDefault="006B136D" w:rsidP="006B136D">
      <w:pPr>
        <w:pStyle w:val="ListBullet"/>
        <w:numPr>
          <w:ilvl w:val="0"/>
          <w:numId w:val="0"/>
        </w:numPr>
        <w:spacing w:after="40"/>
        <w:ind w:left="360" w:hanging="360"/>
      </w:pPr>
    </w:p>
    <w:p w14:paraId="3B926DA8" w14:textId="77777777" w:rsidR="006B136D" w:rsidRDefault="006B136D" w:rsidP="006B136D">
      <w:pPr>
        <w:pStyle w:val="ListBullet"/>
        <w:numPr>
          <w:ilvl w:val="0"/>
          <w:numId w:val="0"/>
        </w:numPr>
        <w:spacing w:after="40"/>
        <w:ind w:left="360" w:hanging="360"/>
      </w:pPr>
      <w:r>
        <w:t>This policy does not apply to:</w:t>
      </w:r>
    </w:p>
    <w:p w14:paraId="7B85A9C2" w14:textId="77777777" w:rsidR="006B136D" w:rsidRDefault="006B136D" w:rsidP="006B136D">
      <w:pPr>
        <w:pStyle w:val="ListBullet"/>
        <w:tabs>
          <w:tab w:val="clear" w:pos="360"/>
          <w:tab w:val="num" w:pos="567"/>
        </w:tabs>
        <w:spacing w:after="40"/>
        <w:ind w:left="567" w:hanging="283"/>
      </w:pPr>
      <w:r>
        <w:t>General service requests</w:t>
      </w:r>
    </w:p>
    <w:p w14:paraId="51CE6E9D" w14:textId="77777777" w:rsidR="006B136D" w:rsidRDefault="006B136D" w:rsidP="006B136D">
      <w:pPr>
        <w:pStyle w:val="ListBullet"/>
        <w:tabs>
          <w:tab w:val="clear" w:pos="360"/>
          <w:tab w:val="num" w:pos="567"/>
        </w:tabs>
        <w:spacing w:after="40"/>
        <w:ind w:left="567" w:hanging="283"/>
      </w:pPr>
      <w:r>
        <w:t>Product complaints unrelated to cybersecurity</w:t>
      </w:r>
    </w:p>
    <w:p w14:paraId="77764FAE" w14:textId="77777777" w:rsidR="006B136D" w:rsidRDefault="006B136D" w:rsidP="006B136D">
      <w:pPr>
        <w:pStyle w:val="ListBullet"/>
        <w:tabs>
          <w:tab w:val="clear" w:pos="360"/>
          <w:tab w:val="num" w:pos="567"/>
        </w:tabs>
        <w:spacing w:after="40"/>
        <w:ind w:left="567" w:hanging="283"/>
      </w:pPr>
      <w:r>
        <w:t>Internal Van Aarsen IT systems</w:t>
      </w:r>
    </w:p>
    <w:p w14:paraId="10DBAD77" w14:textId="77777777" w:rsidR="006B136D" w:rsidRDefault="006B136D" w:rsidP="006B136D">
      <w:pPr>
        <w:pStyle w:val="ListBullet"/>
        <w:tabs>
          <w:tab w:val="clear" w:pos="360"/>
          <w:tab w:val="num" w:pos="567"/>
        </w:tabs>
        <w:spacing w:after="40"/>
        <w:ind w:left="567" w:hanging="283"/>
      </w:pPr>
      <w:r>
        <w:t>Physical security incidents</w:t>
      </w:r>
    </w:p>
    <w:p w14:paraId="569A6D65" w14:textId="77777777" w:rsidR="006B136D" w:rsidRDefault="006B136D" w:rsidP="006B136D">
      <w:pPr>
        <w:pStyle w:val="Heading1"/>
      </w:pPr>
    </w:p>
    <w:p w14:paraId="7D639A3F" w14:textId="77777777" w:rsidR="006B136D" w:rsidRDefault="006B136D" w:rsidP="006B136D">
      <w:r>
        <w:br w:type="page"/>
      </w:r>
    </w:p>
    <w:p w14:paraId="71216BEE" w14:textId="77777777" w:rsidR="006B136D" w:rsidRDefault="006B136D" w:rsidP="006B136D">
      <w:pPr>
        <w:pStyle w:val="Heading1"/>
      </w:pPr>
      <w:r>
        <w:lastRenderedPageBreak/>
        <w:t>3  Reporting Vulnerability</w:t>
      </w:r>
    </w:p>
    <w:p w14:paraId="2A366BD8" w14:textId="77777777" w:rsidR="006B136D" w:rsidRDefault="006B136D" w:rsidP="006B136D">
      <w:pPr>
        <w:pStyle w:val="Heading2"/>
      </w:pPr>
      <w:r>
        <w:t>3.1  Contact</w:t>
      </w:r>
    </w:p>
    <w:p w14:paraId="04D403FB" w14:textId="77777777" w:rsidR="006B136D" w:rsidRDefault="006B136D" w:rsidP="006B136D">
      <w:r>
        <w:t>Potential security vulnerabilities can be reported using the following contact details:</w:t>
      </w:r>
    </w:p>
    <w:tbl>
      <w:tblPr>
        <w:tblW w:w="0" w:type="auto"/>
        <w:tblLook w:val="04A0" w:firstRow="1" w:lastRow="0" w:firstColumn="1" w:lastColumn="0" w:noHBand="0" w:noVBand="1"/>
      </w:tblPr>
      <w:tblGrid>
        <w:gridCol w:w="4536"/>
        <w:gridCol w:w="4920"/>
      </w:tblGrid>
      <w:tr w:rsidR="006B136D" w:rsidRPr="004225D6" w14:paraId="37BB93D5" w14:textId="77777777" w:rsidTr="00A34B7B">
        <w:tc>
          <w:tcPr>
            <w:tcW w:w="4536" w:type="dxa"/>
            <w:shd w:val="clear" w:color="auto" w:fill="21244A"/>
            <w:tcMar>
              <w:top w:w="100" w:type="dxa"/>
              <w:left w:w="100" w:type="dxa"/>
              <w:bottom w:w="100" w:type="dxa"/>
              <w:right w:w="100" w:type="dxa"/>
            </w:tcMar>
            <w:vAlign w:val="center"/>
          </w:tcPr>
          <w:p w14:paraId="54A964BC" w14:textId="77777777" w:rsidR="006B136D" w:rsidRDefault="006B136D" w:rsidP="00A34B7B">
            <w:pPr>
              <w:spacing w:after="0"/>
            </w:pPr>
            <w:r>
              <w:rPr>
                <w:b/>
                <w:color w:val="FFFFFF"/>
                <w:sz w:val="18"/>
              </w:rPr>
              <w:t>Email</w:t>
            </w:r>
          </w:p>
        </w:tc>
        <w:tc>
          <w:tcPr>
            <w:tcW w:w="4920" w:type="dxa"/>
            <w:tcMar>
              <w:top w:w="100" w:type="dxa"/>
              <w:left w:w="100" w:type="dxa"/>
              <w:bottom w:w="100" w:type="dxa"/>
              <w:right w:w="100" w:type="dxa"/>
            </w:tcMar>
            <w:vAlign w:val="center"/>
          </w:tcPr>
          <w:p w14:paraId="018A751D" w14:textId="77777777" w:rsidR="006B136D" w:rsidRPr="00C12129" w:rsidRDefault="006B136D" w:rsidP="00A34B7B">
            <w:pPr>
              <w:rPr>
                <w:color w:val="EE0000"/>
              </w:rPr>
            </w:pPr>
            <w:r w:rsidRPr="00C12129">
              <w:rPr>
                <w:color w:val="EE0000"/>
              </w:rPr>
              <w:t>security@vanaarsen.com</w:t>
            </w:r>
          </w:p>
        </w:tc>
      </w:tr>
      <w:tr w:rsidR="006B136D" w14:paraId="7E52A352" w14:textId="77777777" w:rsidTr="00A34B7B">
        <w:tc>
          <w:tcPr>
            <w:tcW w:w="4536" w:type="dxa"/>
            <w:shd w:val="clear" w:color="auto" w:fill="21244A"/>
            <w:tcMar>
              <w:top w:w="100" w:type="dxa"/>
              <w:left w:w="100" w:type="dxa"/>
              <w:bottom w:w="100" w:type="dxa"/>
              <w:right w:w="100" w:type="dxa"/>
            </w:tcMar>
            <w:vAlign w:val="center"/>
          </w:tcPr>
          <w:p w14:paraId="322311FF" w14:textId="77777777" w:rsidR="006B136D" w:rsidRDefault="006B136D" w:rsidP="00A34B7B">
            <w:pPr>
              <w:spacing w:after="0"/>
            </w:pPr>
            <w:r>
              <w:rPr>
                <w:b/>
                <w:color w:val="FFFFFF"/>
                <w:sz w:val="18"/>
              </w:rPr>
              <w:t>Subject</w:t>
            </w:r>
          </w:p>
        </w:tc>
        <w:tc>
          <w:tcPr>
            <w:tcW w:w="4920" w:type="dxa"/>
            <w:tcMar>
              <w:top w:w="100" w:type="dxa"/>
              <w:left w:w="100" w:type="dxa"/>
              <w:bottom w:w="100" w:type="dxa"/>
              <w:right w:w="100" w:type="dxa"/>
            </w:tcMar>
            <w:vAlign w:val="center"/>
          </w:tcPr>
          <w:p w14:paraId="06762ABF" w14:textId="77777777" w:rsidR="006B136D" w:rsidRDefault="006B136D" w:rsidP="00A34B7B">
            <w:pPr>
              <w:spacing w:after="0"/>
            </w:pPr>
            <w:r>
              <w:rPr>
                <w:sz w:val="18"/>
              </w:rPr>
              <w:t>Security Vulnerability Report</w:t>
            </w:r>
          </w:p>
        </w:tc>
      </w:tr>
    </w:tbl>
    <w:p w14:paraId="43507AFF" w14:textId="77777777" w:rsidR="006B136D" w:rsidRDefault="006B136D" w:rsidP="006B136D">
      <w:pPr>
        <w:pStyle w:val="Heading2"/>
      </w:pPr>
      <w:r>
        <w:t>3.2  Information to Include</w:t>
      </w:r>
    </w:p>
    <w:p w14:paraId="018B6C5F" w14:textId="77777777" w:rsidR="006B136D" w:rsidRDefault="006B136D" w:rsidP="006B136D">
      <w:r>
        <w:t>To enable an efficient investigation, please provide as much of the following information as possible:</w:t>
      </w:r>
    </w:p>
    <w:p w14:paraId="5CC922EB" w14:textId="77777777" w:rsidR="006B136D" w:rsidRDefault="006B136D" w:rsidP="006B136D">
      <w:pPr>
        <w:pStyle w:val="ListBullet"/>
        <w:tabs>
          <w:tab w:val="clear" w:pos="360"/>
          <w:tab w:val="num" w:pos="567"/>
        </w:tabs>
        <w:spacing w:after="40"/>
        <w:ind w:left="567" w:hanging="283"/>
      </w:pPr>
      <w:r>
        <w:t>Name and organization</w:t>
      </w:r>
    </w:p>
    <w:p w14:paraId="2B4D8A3C" w14:textId="77777777" w:rsidR="006B136D" w:rsidRDefault="006B136D" w:rsidP="006B136D">
      <w:pPr>
        <w:pStyle w:val="ListBullet"/>
        <w:tabs>
          <w:tab w:val="clear" w:pos="360"/>
          <w:tab w:val="num" w:pos="567"/>
        </w:tabs>
        <w:spacing w:after="40"/>
        <w:ind w:left="567" w:hanging="283"/>
      </w:pPr>
      <w:r>
        <w:t>Contact details</w:t>
      </w:r>
    </w:p>
    <w:p w14:paraId="32D0CBA1" w14:textId="4822B654" w:rsidR="00601F7A" w:rsidRDefault="00601F7A" w:rsidP="006B136D">
      <w:pPr>
        <w:pStyle w:val="ListBullet"/>
        <w:tabs>
          <w:tab w:val="clear" w:pos="360"/>
          <w:tab w:val="num" w:pos="567"/>
        </w:tabs>
        <w:spacing w:after="40"/>
        <w:ind w:left="567" w:hanging="283"/>
      </w:pPr>
      <w:r>
        <w:t>Van Aarsen order number</w:t>
      </w:r>
    </w:p>
    <w:p w14:paraId="58BCDE36" w14:textId="77777777" w:rsidR="006B136D" w:rsidRDefault="006B136D" w:rsidP="006B136D">
      <w:pPr>
        <w:pStyle w:val="ListBullet"/>
        <w:tabs>
          <w:tab w:val="clear" w:pos="360"/>
          <w:tab w:val="num" w:pos="567"/>
        </w:tabs>
        <w:spacing w:after="40"/>
        <w:ind w:left="567" w:hanging="283"/>
      </w:pPr>
      <w:r>
        <w:t>Product name and product version</w:t>
      </w:r>
    </w:p>
    <w:p w14:paraId="60A5A338" w14:textId="77777777" w:rsidR="006B136D" w:rsidRDefault="006B136D" w:rsidP="006B136D">
      <w:pPr>
        <w:pStyle w:val="ListBullet"/>
        <w:tabs>
          <w:tab w:val="clear" w:pos="360"/>
          <w:tab w:val="num" w:pos="567"/>
        </w:tabs>
        <w:spacing w:after="40"/>
        <w:ind w:left="567" w:hanging="283"/>
      </w:pPr>
      <w:r>
        <w:t>Serial number, if available</w:t>
      </w:r>
    </w:p>
    <w:p w14:paraId="4D7380DF" w14:textId="77777777" w:rsidR="006B136D" w:rsidRDefault="006B136D" w:rsidP="006B136D">
      <w:pPr>
        <w:pStyle w:val="ListBullet"/>
        <w:tabs>
          <w:tab w:val="clear" w:pos="360"/>
          <w:tab w:val="num" w:pos="567"/>
        </w:tabs>
        <w:spacing w:after="40"/>
        <w:ind w:left="567" w:hanging="283"/>
      </w:pPr>
      <w:r>
        <w:t>Software or firmware version</w:t>
      </w:r>
    </w:p>
    <w:p w14:paraId="6323C992" w14:textId="77777777" w:rsidR="006B136D" w:rsidRDefault="006B136D" w:rsidP="006B136D">
      <w:pPr>
        <w:pStyle w:val="ListBullet"/>
        <w:tabs>
          <w:tab w:val="clear" w:pos="360"/>
          <w:tab w:val="num" w:pos="567"/>
        </w:tabs>
        <w:spacing w:after="40"/>
        <w:ind w:left="567" w:hanging="283"/>
      </w:pPr>
      <w:r>
        <w:t>Description of the vulnerability</w:t>
      </w:r>
    </w:p>
    <w:p w14:paraId="6EF8C8B8" w14:textId="77777777" w:rsidR="006B136D" w:rsidRDefault="006B136D" w:rsidP="006B136D">
      <w:pPr>
        <w:pStyle w:val="ListBullet"/>
        <w:tabs>
          <w:tab w:val="clear" w:pos="360"/>
          <w:tab w:val="num" w:pos="567"/>
        </w:tabs>
        <w:spacing w:after="40"/>
        <w:ind w:left="567" w:hanging="283"/>
      </w:pPr>
      <w:r>
        <w:t>Steps required to reproduce the issue</w:t>
      </w:r>
    </w:p>
    <w:p w14:paraId="59391D26" w14:textId="77777777" w:rsidR="006B136D" w:rsidRDefault="006B136D" w:rsidP="006B136D">
      <w:pPr>
        <w:pStyle w:val="ListBullet"/>
        <w:tabs>
          <w:tab w:val="clear" w:pos="360"/>
          <w:tab w:val="num" w:pos="567"/>
        </w:tabs>
        <w:spacing w:after="40"/>
        <w:ind w:left="567" w:hanging="283"/>
      </w:pPr>
      <w:r>
        <w:t>Potential impact</w:t>
      </w:r>
    </w:p>
    <w:p w14:paraId="7F2020A1" w14:textId="77777777" w:rsidR="006B136D" w:rsidRDefault="006B136D" w:rsidP="006B136D">
      <w:pPr>
        <w:pStyle w:val="ListBullet"/>
        <w:tabs>
          <w:tab w:val="clear" w:pos="360"/>
          <w:tab w:val="num" w:pos="567"/>
        </w:tabs>
        <w:spacing w:after="40"/>
        <w:ind w:left="567" w:hanging="283"/>
      </w:pPr>
      <w:r>
        <w:t>Screenshots, log files or Proof-of-Concept, if available</w:t>
      </w:r>
    </w:p>
    <w:p w14:paraId="0E90BAED" w14:textId="77777777" w:rsidR="006B136D" w:rsidRDefault="006B136D" w:rsidP="006B136D">
      <w:pPr>
        <w:pStyle w:val="ListBullet"/>
        <w:tabs>
          <w:tab w:val="clear" w:pos="360"/>
          <w:tab w:val="num" w:pos="567"/>
        </w:tabs>
        <w:spacing w:after="40"/>
        <w:ind w:left="567" w:hanging="283"/>
      </w:pPr>
      <w:r>
        <w:t>CVE reference, if known (</w:t>
      </w:r>
      <w:r w:rsidRPr="005834DB">
        <w:t>Common Vulnerabilities and Exposures</w:t>
      </w:r>
      <w:r>
        <w:t>)</w:t>
      </w:r>
    </w:p>
    <w:p w14:paraId="615FC214" w14:textId="77777777" w:rsidR="006B136D" w:rsidRDefault="006B136D" w:rsidP="006B136D">
      <w:pPr>
        <w:pStyle w:val="Heading1"/>
      </w:pPr>
      <w:r>
        <w:t>4  Responsible Disclosure</w:t>
      </w:r>
    </w:p>
    <w:p w14:paraId="31A56B02" w14:textId="77777777" w:rsidR="006B136D" w:rsidRDefault="006B136D" w:rsidP="006B136D">
      <w:r>
        <w:t>Van Aarsen encourages responsible disclosure. Reporters are requested to:</w:t>
      </w:r>
    </w:p>
    <w:p w14:paraId="3206FB3A" w14:textId="77777777" w:rsidR="006B136D" w:rsidRDefault="006B136D" w:rsidP="006B136D">
      <w:pPr>
        <w:pStyle w:val="ListBullet"/>
        <w:tabs>
          <w:tab w:val="clear" w:pos="360"/>
          <w:tab w:val="num" w:pos="567"/>
        </w:tabs>
        <w:spacing w:after="40"/>
        <w:ind w:left="567" w:hanging="283"/>
      </w:pPr>
      <w:r>
        <w:t>Act in good faith</w:t>
      </w:r>
    </w:p>
    <w:p w14:paraId="50E0AF32" w14:textId="77777777" w:rsidR="006B136D" w:rsidRDefault="006B136D" w:rsidP="006B136D">
      <w:pPr>
        <w:pStyle w:val="ListBullet"/>
        <w:tabs>
          <w:tab w:val="clear" w:pos="360"/>
          <w:tab w:val="num" w:pos="567"/>
        </w:tabs>
        <w:spacing w:after="40"/>
        <w:ind w:left="567" w:hanging="283"/>
      </w:pPr>
      <w:r>
        <w:t>Avoid disruption of production systems</w:t>
      </w:r>
    </w:p>
    <w:p w14:paraId="56ADE3CF" w14:textId="77777777" w:rsidR="006B136D" w:rsidRDefault="006B136D" w:rsidP="006B136D">
      <w:pPr>
        <w:pStyle w:val="ListBullet"/>
        <w:tabs>
          <w:tab w:val="clear" w:pos="360"/>
          <w:tab w:val="num" w:pos="567"/>
        </w:tabs>
        <w:spacing w:after="40"/>
        <w:ind w:left="567" w:hanging="283"/>
      </w:pPr>
      <w:r>
        <w:t>Avoid accessing, modifying or deleting customer data</w:t>
      </w:r>
    </w:p>
    <w:p w14:paraId="68096373" w14:textId="77777777" w:rsidR="006B136D" w:rsidRDefault="006B136D" w:rsidP="006B136D">
      <w:pPr>
        <w:pStyle w:val="ListBullet"/>
        <w:tabs>
          <w:tab w:val="clear" w:pos="360"/>
          <w:tab w:val="num" w:pos="567"/>
        </w:tabs>
        <w:spacing w:after="40"/>
        <w:ind w:left="567" w:hanging="283"/>
      </w:pPr>
      <w:r>
        <w:t>Stop testing once sufficient evidence has been collected</w:t>
      </w:r>
    </w:p>
    <w:p w14:paraId="4B391828" w14:textId="77777777" w:rsidR="006B136D" w:rsidRDefault="006B136D" w:rsidP="006B136D">
      <w:pPr>
        <w:pStyle w:val="ListBullet"/>
        <w:tabs>
          <w:tab w:val="clear" w:pos="360"/>
          <w:tab w:val="num" w:pos="567"/>
        </w:tabs>
        <w:spacing w:after="40"/>
        <w:ind w:left="567" w:hanging="283"/>
      </w:pPr>
      <w:r>
        <w:t>Keep the vulnerability confidential until an appropriate solution has been made available</w:t>
      </w:r>
    </w:p>
    <w:p w14:paraId="68608727" w14:textId="77777777" w:rsidR="006B136D" w:rsidRDefault="006B136D" w:rsidP="006B136D">
      <w:pPr>
        <w:pStyle w:val="ListBullet"/>
        <w:numPr>
          <w:ilvl w:val="0"/>
          <w:numId w:val="0"/>
        </w:numPr>
        <w:spacing w:after="40"/>
        <w:ind w:left="360" w:hanging="360"/>
      </w:pPr>
    </w:p>
    <w:p w14:paraId="5A2DCE17" w14:textId="77777777" w:rsidR="006B136D" w:rsidRDefault="006B136D" w:rsidP="006B136D">
      <w:pPr>
        <w:pStyle w:val="ListBullet"/>
        <w:numPr>
          <w:ilvl w:val="0"/>
          <w:numId w:val="0"/>
        </w:numPr>
        <w:spacing w:after="40"/>
        <w:ind w:left="360" w:hanging="360"/>
      </w:pPr>
      <w:r>
        <w:t>Van Aarsen will treat all reports confidentially.</w:t>
      </w:r>
    </w:p>
    <w:p w14:paraId="2A4829EA" w14:textId="77777777" w:rsidR="006B136D" w:rsidRDefault="006B136D" w:rsidP="006B136D">
      <w:pPr>
        <w:pStyle w:val="Heading1"/>
      </w:pPr>
      <w:r>
        <w:t>5  Vulnerability Handling</w:t>
      </w:r>
    </w:p>
    <w:p w14:paraId="2558EADF" w14:textId="77777777" w:rsidR="006B136D" w:rsidRDefault="006B136D" w:rsidP="006B136D">
      <w:r>
        <w:t>Van Aarsen follows a Coordinated Vulnerability Disclosure (CVD) process. Reports are assessed and remediated where appropriate. Disclosure is coordinated with affected parties and, where practicable, with the reporter after corrective measures or mitigations are available.</w:t>
      </w:r>
    </w:p>
    <w:p w14:paraId="5F373B76" w14:textId="2D035158" w:rsidR="006B136D" w:rsidRDefault="006B136D" w:rsidP="006B136D">
      <w:r>
        <w:t>All reported vulnerabilities are handled through the Van Aarsen Product Security Incident Response Team (PSIRT). The process includes:</w:t>
      </w:r>
    </w:p>
    <w:p w14:paraId="64F0FE86" w14:textId="77777777" w:rsidR="006B136D" w:rsidRPr="004234B9" w:rsidRDefault="006B136D" w:rsidP="006B136D">
      <w:pPr>
        <w:spacing w:after="40"/>
        <w:rPr>
          <w:bCs/>
          <w:color w:val="auto"/>
        </w:rPr>
      </w:pPr>
      <w:r w:rsidRPr="004234B9">
        <w:rPr>
          <w:bCs/>
          <w:color w:val="auto"/>
        </w:rPr>
        <w:t>01   Register report</w:t>
      </w:r>
    </w:p>
    <w:p w14:paraId="0C6140A9" w14:textId="77777777" w:rsidR="006B136D" w:rsidRPr="004234B9" w:rsidRDefault="006B136D" w:rsidP="006B136D">
      <w:pPr>
        <w:spacing w:after="40"/>
        <w:rPr>
          <w:bCs/>
          <w:color w:val="auto"/>
        </w:rPr>
      </w:pPr>
      <w:r w:rsidRPr="004234B9">
        <w:rPr>
          <w:bCs/>
          <w:color w:val="auto"/>
        </w:rPr>
        <w:t>02   Acknowledge receipt</w:t>
      </w:r>
    </w:p>
    <w:p w14:paraId="09FA4F0B" w14:textId="77777777" w:rsidR="006B136D" w:rsidRPr="004234B9" w:rsidRDefault="006B136D" w:rsidP="006B136D">
      <w:pPr>
        <w:spacing w:after="40"/>
        <w:rPr>
          <w:bCs/>
          <w:color w:val="auto"/>
        </w:rPr>
      </w:pPr>
      <w:r w:rsidRPr="004234B9">
        <w:rPr>
          <w:bCs/>
          <w:color w:val="auto"/>
        </w:rPr>
        <w:t>03   Initial assessment</w:t>
      </w:r>
    </w:p>
    <w:p w14:paraId="62B6FC96" w14:textId="77777777" w:rsidR="006B136D" w:rsidRPr="004234B9" w:rsidRDefault="006B136D" w:rsidP="006B136D">
      <w:pPr>
        <w:spacing w:after="40"/>
        <w:rPr>
          <w:bCs/>
          <w:color w:val="auto"/>
        </w:rPr>
      </w:pPr>
      <w:r w:rsidRPr="004234B9">
        <w:rPr>
          <w:bCs/>
          <w:color w:val="auto"/>
        </w:rPr>
        <w:t>04   Technical analysis</w:t>
      </w:r>
    </w:p>
    <w:p w14:paraId="2104EB0C" w14:textId="77777777" w:rsidR="006B136D" w:rsidRPr="004234B9" w:rsidRDefault="006B136D" w:rsidP="006B136D">
      <w:pPr>
        <w:spacing w:after="40"/>
        <w:rPr>
          <w:bCs/>
          <w:color w:val="auto"/>
        </w:rPr>
      </w:pPr>
      <w:r>
        <w:rPr>
          <w:bCs/>
          <w:color w:val="auto"/>
        </w:rPr>
        <w:t>05   Risk assessment using CVSS where appropriate, together with product-specific safety and operational impact</w:t>
      </w:r>
    </w:p>
    <w:p w14:paraId="54B9FC0E" w14:textId="77777777" w:rsidR="006B136D" w:rsidRPr="004234B9" w:rsidRDefault="006B136D" w:rsidP="006B136D">
      <w:pPr>
        <w:spacing w:after="40"/>
        <w:rPr>
          <w:bCs/>
          <w:color w:val="auto"/>
        </w:rPr>
      </w:pPr>
      <w:r w:rsidRPr="004234B9">
        <w:rPr>
          <w:bCs/>
          <w:color w:val="auto"/>
        </w:rPr>
        <w:t>06   Corrective actions</w:t>
      </w:r>
    </w:p>
    <w:p w14:paraId="7E0796F9" w14:textId="77777777" w:rsidR="006B136D" w:rsidRPr="004234B9" w:rsidRDefault="006B136D" w:rsidP="006B136D">
      <w:pPr>
        <w:spacing w:after="40"/>
        <w:rPr>
          <w:bCs/>
          <w:color w:val="auto"/>
        </w:rPr>
      </w:pPr>
      <w:r w:rsidRPr="004234B9">
        <w:rPr>
          <w:bCs/>
          <w:color w:val="auto"/>
        </w:rPr>
        <w:t>07   Validation</w:t>
      </w:r>
    </w:p>
    <w:p w14:paraId="0437D243" w14:textId="77777777" w:rsidR="006B136D" w:rsidRPr="004234B9" w:rsidRDefault="006B136D" w:rsidP="006B136D">
      <w:pPr>
        <w:spacing w:after="40"/>
        <w:rPr>
          <w:bCs/>
          <w:color w:val="auto"/>
        </w:rPr>
      </w:pPr>
      <w:r>
        <w:rPr>
          <w:bCs/>
          <w:color w:val="auto"/>
        </w:rPr>
        <w:t>08   Coordinated disclosure and customer communication on mitigations or security updates, if applicable</w:t>
      </w:r>
    </w:p>
    <w:p w14:paraId="6C89F4EE" w14:textId="77777777" w:rsidR="006B136D" w:rsidRPr="004234B9" w:rsidRDefault="006B136D" w:rsidP="006B136D">
      <w:pPr>
        <w:spacing w:after="40"/>
        <w:rPr>
          <w:bCs/>
          <w:color w:val="auto"/>
        </w:rPr>
      </w:pPr>
      <w:r>
        <w:rPr>
          <w:bCs/>
          <w:color w:val="auto"/>
        </w:rPr>
        <w:t>09   Regulatory notification, if required</w:t>
      </w:r>
    </w:p>
    <w:p w14:paraId="03864F31" w14:textId="77777777" w:rsidR="006B136D" w:rsidRPr="004234B9" w:rsidRDefault="006B136D" w:rsidP="006B136D">
      <w:pPr>
        <w:spacing w:after="40"/>
        <w:rPr>
          <w:bCs/>
          <w:color w:val="auto"/>
        </w:rPr>
      </w:pPr>
      <w:r w:rsidRPr="004234B9">
        <w:rPr>
          <w:bCs/>
          <w:color w:val="auto"/>
        </w:rPr>
        <w:t>10   Incident closure</w:t>
      </w:r>
    </w:p>
    <w:p w14:paraId="5298C0AC" w14:textId="77777777" w:rsidR="006B136D" w:rsidRDefault="006B136D" w:rsidP="006B136D">
      <w:pPr>
        <w:shd w:val="clear" w:color="auto" w:fill="EEEFF3"/>
        <w:spacing w:before="120" w:after="140"/>
      </w:pPr>
      <w:r>
        <w:rPr>
          <w:bCs/>
          <w:color w:val="auto"/>
        </w:rPr>
        <w:t>Vulnerabilities are processed in accordance with Van Aarsen's internal Product Security Incident Response Procedure (B0455886).</w:t>
      </w:r>
    </w:p>
    <w:p w14:paraId="49247753" w14:textId="77777777" w:rsidR="006B136D" w:rsidRDefault="006B136D" w:rsidP="006B136D">
      <w:r>
        <w:br w:type="page"/>
      </w:r>
    </w:p>
    <w:p w14:paraId="17029A20" w14:textId="77777777" w:rsidR="006B136D" w:rsidRDefault="006B136D" w:rsidP="006B136D">
      <w:pPr>
        <w:pStyle w:val="Heading1"/>
      </w:pPr>
      <w:r>
        <w:lastRenderedPageBreak/>
        <w:t>6  What You Can Expect</w:t>
      </w:r>
    </w:p>
    <w:p w14:paraId="59DF7179" w14:textId="77777777" w:rsidR="006B136D" w:rsidRDefault="006B136D" w:rsidP="006B136D">
      <w:r>
        <w:t>After receiving a report, Van Aarsen will:</w:t>
      </w:r>
    </w:p>
    <w:p w14:paraId="6C112378" w14:textId="77777777" w:rsidR="006B136D" w:rsidRDefault="006B136D" w:rsidP="006B136D">
      <w:pPr>
        <w:pStyle w:val="ListBullet"/>
        <w:tabs>
          <w:tab w:val="clear" w:pos="360"/>
          <w:tab w:val="num" w:pos="567"/>
        </w:tabs>
        <w:spacing w:after="40"/>
        <w:ind w:left="567" w:hanging="283"/>
      </w:pPr>
      <w:r>
        <w:t>Acknowledge receipt, normally within five business days</w:t>
      </w:r>
    </w:p>
    <w:p w14:paraId="688A9DBD" w14:textId="77777777" w:rsidR="006B136D" w:rsidRDefault="006B136D" w:rsidP="006B136D">
      <w:pPr>
        <w:pStyle w:val="ListBullet"/>
        <w:tabs>
          <w:tab w:val="clear" w:pos="360"/>
          <w:tab w:val="num" w:pos="567"/>
        </w:tabs>
        <w:spacing w:after="40"/>
        <w:ind w:left="567" w:hanging="283"/>
      </w:pPr>
      <w:r>
        <w:t>Register and assess the report</w:t>
      </w:r>
    </w:p>
    <w:p w14:paraId="28D25246" w14:textId="77777777" w:rsidR="006B136D" w:rsidRDefault="006B136D" w:rsidP="006B136D">
      <w:pPr>
        <w:pStyle w:val="ListBullet"/>
        <w:tabs>
          <w:tab w:val="clear" w:pos="360"/>
          <w:tab w:val="num" w:pos="567"/>
        </w:tabs>
        <w:spacing w:after="40"/>
        <w:ind w:left="567" w:hanging="283"/>
      </w:pPr>
      <w:r>
        <w:t>Assess whether the report concerns a Van Aarsen product</w:t>
      </w:r>
    </w:p>
    <w:p w14:paraId="27AB0F83" w14:textId="77777777" w:rsidR="006B136D" w:rsidRDefault="006B136D" w:rsidP="006B136D">
      <w:pPr>
        <w:pStyle w:val="ListBullet"/>
        <w:tabs>
          <w:tab w:val="clear" w:pos="360"/>
          <w:tab w:val="num" w:pos="567"/>
        </w:tabs>
        <w:spacing w:after="40"/>
        <w:ind w:left="567" w:hanging="283"/>
      </w:pPr>
      <w:r>
        <w:t>Contact the reporter if additional information is required</w:t>
      </w:r>
    </w:p>
    <w:p w14:paraId="687EE463" w14:textId="77777777" w:rsidR="006B136D" w:rsidRDefault="006B136D" w:rsidP="006B136D">
      <w:pPr>
        <w:pStyle w:val="ListBullet"/>
        <w:tabs>
          <w:tab w:val="clear" w:pos="360"/>
          <w:tab w:val="num" w:pos="567"/>
        </w:tabs>
        <w:spacing w:after="40"/>
        <w:ind w:left="567" w:hanging="283"/>
      </w:pPr>
      <w:r>
        <w:t>Investigate the reported vulnerability</w:t>
      </w:r>
    </w:p>
    <w:p w14:paraId="670C94F6" w14:textId="77777777" w:rsidR="006B136D" w:rsidRDefault="006B136D" w:rsidP="006B136D">
      <w:pPr>
        <w:pStyle w:val="ListBullet"/>
        <w:tabs>
          <w:tab w:val="clear" w:pos="360"/>
          <w:tab w:val="num" w:pos="567"/>
        </w:tabs>
        <w:spacing w:after="40"/>
        <w:ind w:left="567" w:hanging="283"/>
      </w:pPr>
      <w:r>
        <w:t>Coordinate corrective actions where necessary</w:t>
      </w:r>
    </w:p>
    <w:p w14:paraId="68BB89E4" w14:textId="77777777" w:rsidR="006B136D" w:rsidRDefault="006B136D" w:rsidP="006B136D">
      <w:pPr>
        <w:pStyle w:val="ListBullet"/>
        <w:tabs>
          <w:tab w:val="clear" w:pos="360"/>
          <w:tab w:val="num" w:pos="567"/>
        </w:tabs>
        <w:spacing w:after="40"/>
        <w:ind w:left="567" w:hanging="283"/>
      </w:pPr>
      <w:r>
        <w:t>Inform the reporter about significant progress where appropriate</w:t>
      </w:r>
    </w:p>
    <w:p w14:paraId="7DA5D893" w14:textId="77777777" w:rsidR="006B136D" w:rsidRDefault="006B136D" w:rsidP="006B136D">
      <w:pPr>
        <w:pStyle w:val="ListBullet"/>
        <w:numPr>
          <w:ilvl w:val="0"/>
          <w:numId w:val="0"/>
        </w:numPr>
        <w:spacing w:after="40"/>
        <w:ind w:left="360" w:hanging="360"/>
      </w:pPr>
    </w:p>
    <w:p w14:paraId="5E727D0E" w14:textId="77777777" w:rsidR="006B136D" w:rsidRDefault="006B136D" w:rsidP="006B136D">
      <w:pPr>
        <w:pStyle w:val="ListBullet"/>
        <w:numPr>
          <w:ilvl w:val="0"/>
          <w:numId w:val="0"/>
        </w:numPr>
        <w:spacing w:after="40"/>
      </w:pPr>
      <w:r>
        <w:t>Van Aarsen cannot guarantee a specific resolution timeframe, as this depends on the complexity, risk and availability of a safe corrective measure.</w:t>
      </w:r>
    </w:p>
    <w:p w14:paraId="69347373" w14:textId="77777777" w:rsidR="006B136D" w:rsidRDefault="006B136D" w:rsidP="006B136D">
      <w:r>
        <w:t>Where required by Regulation (EU) 2024/2847 (Cyber Resilience Act), Van Aarsen reports actively exploited vulnerabilities and severe incidents to the competent authorities within the applicable timelines.</w:t>
      </w:r>
    </w:p>
    <w:p w14:paraId="1C3DFC2A" w14:textId="77777777" w:rsidR="006B136D" w:rsidRDefault="006B136D" w:rsidP="006B136D">
      <w:pPr>
        <w:pStyle w:val="Heading1"/>
      </w:pPr>
      <w:r>
        <w:t>7  Safe Harbor</w:t>
      </w:r>
    </w:p>
    <w:p w14:paraId="10FF94A1" w14:textId="77777777" w:rsidR="006B136D" w:rsidRDefault="006B136D" w:rsidP="006B136D">
      <w:r>
        <w:t>Van Aarsen values the work of security researchers acting in good faith. Provided that research is conducted responsibly and in accordance with this policy, Van Aarsen does not intend to initiate legal action against individuals reporting vulnerabilities through this process.</w:t>
      </w:r>
    </w:p>
    <w:p w14:paraId="37F58EE6" w14:textId="77777777" w:rsidR="006B136D" w:rsidRDefault="006B136D" w:rsidP="006B136D">
      <w:r>
        <w:t>This does not apply to activities involving:</w:t>
      </w:r>
    </w:p>
    <w:p w14:paraId="6277E00D" w14:textId="77777777" w:rsidR="006B136D" w:rsidRDefault="006B136D" w:rsidP="006B136D">
      <w:pPr>
        <w:pStyle w:val="ListBullet"/>
        <w:tabs>
          <w:tab w:val="clear" w:pos="360"/>
          <w:tab w:val="num" w:pos="567"/>
        </w:tabs>
        <w:spacing w:after="40"/>
        <w:ind w:left="567" w:hanging="283"/>
      </w:pPr>
      <w:r>
        <w:t>Unauthorised access to customer data</w:t>
      </w:r>
    </w:p>
    <w:p w14:paraId="2BDB2C0A" w14:textId="77777777" w:rsidR="006B136D" w:rsidRDefault="006B136D" w:rsidP="006B136D">
      <w:pPr>
        <w:pStyle w:val="ListBullet"/>
        <w:tabs>
          <w:tab w:val="clear" w:pos="360"/>
          <w:tab w:val="num" w:pos="567"/>
        </w:tabs>
        <w:spacing w:after="40"/>
        <w:ind w:left="567" w:hanging="283"/>
      </w:pPr>
      <w:r>
        <w:t>Disruption of services</w:t>
      </w:r>
    </w:p>
    <w:p w14:paraId="123542E5" w14:textId="77777777" w:rsidR="006B136D" w:rsidRDefault="006B136D" w:rsidP="006B136D">
      <w:pPr>
        <w:pStyle w:val="ListBullet"/>
        <w:tabs>
          <w:tab w:val="clear" w:pos="360"/>
          <w:tab w:val="num" w:pos="567"/>
        </w:tabs>
        <w:spacing w:after="40"/>
        <w:ind w:left="567" w:hanging="283"/>
      </w:pPr>
      <w:r>
        <w:t>Malware deployment or ransomware</w:t>
      </w:r>
    </w:p>
    <w:p w14:paraId="2053F4B4" w14:textId="77777777" w:rsidR="006B136D" w:rsidRDefault="006B136D" w:rsidP="006B136D">
      <w:pPr>
        <w:pStyle w:val="ListBullet"/>
        <w:tabs>
          <w:tab w:val="clear" w:pos="360"/>
          <w:tab w:val="num" w:pos="567"/>
        </w:tabs>
        <w:spacing w:after="40"/>
        <w:ind w:left="567" w:hanging="283"/>
      </w:pPr>
      <w:r>
        <w:t>Social engineering</w:t>
      </w:r>
    </w:p>
    <w:p w14:paraId="4FDF68FE" w14:textId="77777777" w:rsidR="006B136D" w:rsidRDefault="006B136D" w:rsidP="006B136D">
      <w:pPr>
        <w:pStyle w:val="ListBullet"/>
        <w:tabs>
          <w:tab w:val="clear" w:pos="360"/>
          <w:tab w:val="num" w:pos="567"/>
        </w:tabs>
        <w:spacing w:after="40"/>
        <w:ind w:left="567" w:hanging="283"/>
      </w:pPr>
      <w:r>
        <w:t>Denial-of-Service attacks</w:t>
      </w:r>
    </w:p>
    <w:p w14:paraId="48CBBCAD" w14:textId="77777777" w:rsidR="006B136D" w:rsidRDefault="006B136D" w:rsidP="006B136D">
      <w:pPr>
        <w:pStyle w:val="ListBullet"/>
        <w:tabs>
          <w:tab w:val="clear" w:pos="360"/>
          <w:tab w:val="num" w:pos="567"/>
        </w:tabs>
        <w:spacing w:after="40"/>
        <w:ind w:left="567" w:hanging="283"/>
      </w:pPr>
      <w:r>
        <w:t>Any activities violating applicable laws</w:t>
      </w:r>
    </w:p>
    <w:p w14:paraId="4B1221F9" w14:textId="77777777" w:rsidR="006B136D" w:rsidRDefault="006B136D" w:rsidP="006B136D">
      <w:pPr>
        <w:pStyle w:val="Heading1"/>
      </w:pPr>
      <w:r>
        <w:t>8  Privacy</w:t>
      </w:r>
    </w:p>
    <w:p w14:paraId="11AE213B" w14:textId="77777777" w:rsidR="006B136D" w:rsidRDefault="006B136D" w:rsidP="006B136D">
      <w:r>
        <w:t>Any personal information submitted as part of a vulnerability report will be processed solely for the purpose of investigating and resolving the reported vulnerability. Personal data will be handled in accordance with applicable privacy legislation.</w:t>
      </w:r>
    </w:p>
    <w:p w14:paraId="603D8AC1" w14:textId="77777777" w:rsidR="006B136D" w:rsidRDefault="006B136D" w:rsidP="006B136D">
      <w:pPr>
        <w:pStyle w:val="Heading1"/>
      </w:pPr>
      <w:r>
        <w:t>9  Contact</w:t>
      </w:r>
    </w:p>
    <w:p w14:paraId="34010267" w14:textId="77777777" w:rsidR="006B136D" w:rsidRDefault="006B136D" w:rsidP="006B136D">
      <w:r>
        <w:t>Van Aarsen International B.V.</w:t>
      </w:r>
      <w:r>
        <w:br/>
        <w:t>Product Security Incident Response Team (PSIRT)</w:t>
      </w:r>
      <w:r>
        <w:br/>
        <w:t xml:space="preserve">Email: </w:t>
      </w:r>
      <w:r w:rsidRPr="00E718C3">
        <w:rPr>
          <w:color w:val="EE0000"/>
        </w:rPr>
        <w:t>security@vanaarsen.com</w:t>
      </w:r>
      <w:r>
        <w:br/>
        <w:t xml:space="preserve">Website: </w:t>
      </w:r>
      <w:hyperlink r:id="rId14" w:history="1">
        <w:r>
          <w:rPr>
            <w:rStyle w:val="Hyperlink"/>
          </w:rPr>
          <w:t>www.vanaarsen.com</w:t>
        </w:r>
      </w:hyperlink>
    </w:p>
    <w:p w14:paraId="25C5FFAA" w14:textId="77777777" w:rsidR="006B136D" w:rsidRDefault="006B136D" w:rsidP="006B136D">
      <w:r>
        <w:br w:type="page"/>
      </w:r>
    </w:p>
    <w:p w14:paraId="37EDD2DB" w14:textId="77777777" w:rsidR="006B136D" w:rsidRDefault="006B136D" w:rsidP="006B136D">
      <w:pPr>
        <w:pStyle w:val="Heading1"/>
      </w:pPr>
      <w:r>
        <w:lastRenderedPageBreak/>
        <w:t>Appendix A  Recommended Reporting Template</w:t>
      </w:r>
    </w:p>
    <w:tbl>
      <w:tblPr>
        <w:tblW w:w="0" w:type="auto"/>
        <w:tblLook w:val="04A0" w:firstRow="1" w:lastRow="0" w:firstColumn="1" w:lastColumn="0" w:noHBand="0" w:noVBand="1"/>
      </w:tblPr>
      <w:tblGrid>
        <w:gridCol w:w="4536"/>
        <w:gridCol w:w="4536"/>
      </w:tblGrid>
      <w:tr w:rsidR="006B136D" w14:paraId="1D6423DF" w14:textId="77777777" w:rsidTr="00A34B7B">
        <w:trPr>
          <w:tblHeader/>
        </w:trPr>
        <w:tc>
          <w:tcPr>
            <w:tcW w:w="4536" w:type="dxa"/>
            <w:shd w:val="clear" w:color="auto" w:fill="21244A"/>
            <w:tcMar>
              <w:top w:w="100" w:type="dxa"/>
              <w:left w:w="100" w:type="dxa"/>
              <w:bottom w:w="100" w:type="dxa"/>
              <w:right w:w="100" w:type="dxa"/>
            </w:tcMar>
            <w:vAlign w:val="center"/>
          </w:tcPr>
          <w:p w14:paraId="39BEFAF1" w14:textId="77777777" w:rsidR="006B136D" w:rsidRDefault="006B136D" w:rsidP="00A34B7B">
            <w:pPr>
              <w:spacing w:after="0"/>
            </w:pPr>
            <w:r>
              <w:rPr>
                <w:b/>
                <w:color w:val="FFFFFF"/>
                <w:sz w:val="18"/>
              </w:rPr>
              <w:t>Field</w:t>
            </w:r>
          </w:p>
        </w:tc>
        <w:tc>
          <w:tcPr>
            <w:tcW w:w="4536" w:type="dxa"/>
            <w:shd w:val="clear" w:color="auto" w:fill="21244A"/>
            <w:tcMar>
              <w:top w:w="100" w:type="dxa"/>
              <w:left w:w="100" w:type="dxa"/>
              <w:bottom w:w="100" w:type="dxa"/>
              <w:right w:w="100" w:type="dxa"/>
            </w:tcMar>
            <w:vAlign w:val="center"/>
          </w:tcPr>
          <w:p w14:paraId="6EADD227" w14:textId="77777777" w:rsidR="006B136D" w:rsidRDefault="006B136D" w:rsidP="00A34B7B">
            <w:pPr>
              <w:spacing w:after="0"/>
            </w:pPr>
            <w:r>
              <w:rPr>
                <w:b/>
                <w:color w:val="FFFFFF"/>
                <w:sz w:val="18"/>
              </w:rPr>
              <w:t>Description</w:t>
            </w:r>
          </w:p>
        </w:tc>
      </w:tr>
      <w:tr w:rsidR="006B136D" w14:paraId="1C85CD67" w14:textId="77777777" w:rsidTr="00A34B7B">
        <w:tc>
          <w:tcPr>
            <w:tcW w:w="4536" w:type="dxa"/>
            <w:tcMar>
              <w:top w:w="100" w:type="dxa"/>
              <w:left w:w="100" w:type="dxa"/>
              <w:bottom w:w="100" w:type="dxa"/>
              <w:right w:w="100" w:type="dxa"/>
            </w:tcMar>
            <w:vAlign w:val="center"/>
          </w:tcPr>
          <w:p w14:paraId="25C0E5AD" w14:textId="77777777" w:rsidR="006B136D" w:rsidRPr="00AA26A9" w:rsidRDefault="006B136D" w:rsidP="00A34B7B">
            <w:pPr>
              <w:spacing w:after="0"/>
            </w:pPr>
            <w:r w:rsidRPr="00AA26A9">
              <w:rPr>
                <w:b/>
                <w:sz w:val="18"/>
              </w:rPr>
              <w:t>Reporter</w:t>
            </w:r>
          </w:p>
        </w:tc>
        <w:tc>
          <w:tcPr>
            <w:tcW w:w="4536" w:type="dxa"/>
            <w:tcMar>
              <w:top w:w="100" w:type="dxa"/>
              <w:left w:w="100" w:type="dxa"/>
              <w:bottom w:w="100" w:type="dxa"/>
              <w:right w:w="100" w:type="dxa"/>
            </w:tcMar>
            <w:vAlign w:val="center"/>
          </w:tcPr>
          <w:p w14:paraId="7437D225" w14:textId="77777777" w:rsidR="006B136D" w:rsidRPr="00AA26A9" w:rsidRDefault="006B136D" w:rsidP="00A34B7B">
            <w:pPr>
              <w:spacing w:after="0"/>
            </w:pPr>
            <w:r w:rsidRPr="00AA26A9">
              <w:rPr>
                <w:sz w:val="18"/>
              </w:rPr>
              <w:t>Name and organization</w:t>
            </w:r>
          </w:p>
        </w:tc>
      </w:tr>
      <w:tr w:rsidR="006B136D" w14:paraId="4A2E4369" w14:textId="77777777" w:rsidTr="00A34B7B">
        <w:tc>
          <w:tcPr>
            <w:tcW w:w="4536" w:type="dxa"/>
            <w:shd w:val="clear" w:color="auto" w:fill="EEEFF3"/>
            <w:tcMar>
              <w:top w:w="100" w:type="dxa"/>
              <w:left w:w="100" w:type="dxa"/>
              <w:bottom w:w="100" w:type="dxa"/>
              <w:right w:w="100" w:type="dxa"/>
            </w:tcMar>
            <w:vAlign w:val="center"/>
          </w:tcPr>
          <w:p w14:paraId="5425BAEA" w14:textId="77777777" w:rsidR="006B136D" w:rsidRPr="00AA26A9" w:rsidRDefault="006B136D" w:rsidP="00A34B7B">
            <w:pPr>
              <w:spacing w:after="0"/>
            </w:pPr>
            <w:r w:rsidRPr="00AA26A9">
              <w:rPr>
                <w:b/>
                <w:sz w:val="18"/>
              </w:rPr>
              <w:t>Contact details</w:t>
            </w:r>
          </w:p>
        </w:tc>
        <w:tc>
          <w:tcPr>
            <w:tcW w:w="4536" w:type="dxa"/>
            <w:shd w:val="clear" w:color="auto" w:fill="EEEFF3"/>
            <w:tcMar>
              <w:top w:w="100" w:type="dxa"/>
              <w:left w:w="100" w:type="dxa"/>
              <w:bottom w:w="100" w:type="dxa"/>
              <w:right w:w="100" w:type="dxa"/>
            </w:tcMar>
            <w:vAlign w:val="center"/>
          </w:tcPr>
          <w:p w14:paraId="46807C52" w14:textId="77777777" w:rsidR="006B136D" w:rsidRPr="00AA26A9" w:rsidRDefault="006B136D" w:rsidP="00A34B7B">
            <w:pPr>
              <w:spacing w:after="0"/>
            </w:pPr>
            <w:r w:rsidRPr="00AA26A9">
              <w:rPr>
                <w:sz w:val="18"/>
              </w:rPr>
              <w:t>Email and telephone</w:t>
            </w:r>
          </w:p>
        </w:tc>
      </w:tr>
      <w:tr w:rsidR="00AA26A9" w14:paraId="3969B6B0" w14:textId="77777777" w:rsidTr="00AA26A9">
        <w:tc>
          <w:tcPr>
            <w:tcW w:w="4536" w:type="dxa"/>
            <w:tcMar>
              <w:top w:w="100" w:type="dxa"/>
              <w:left w:w="100" w:type="dxa"/>
              <w:bottom w:w="100" w:type="dxa"/>
              <w:right w:w="100" w:type="dxa"/>
            </w:tcMar>
            <w:vAlign w:val="center"/>
          </w:tcPr>
          <w:p w14:paraId="2EE501BE" w14:textId="7BBA3FBA" w:rsidR="00AA26A9" w:rsidRPr="00AA26A9" w:rsidRDefault="00AA26A9" w:rsidP="00D36F3A">
            <w:pPr>
              <w:spacing w:after="0"/>
              <w:rPr>
                <w:b/>
                <w:sz w:val="18"/>
              </w:rPr>
            </w:pPr>
            <w:r>
              <w:rPr>
                <w:b/>
                <w:sz w:val="18"/>
              </w:rPr>
              <w:t>Project reference</w:t>
            </w:r>
          </w:p>
        </w:tc>
        <w:tc>
          <w:tcPr>
            <w:tcW w:w="4536" w:type="dxa"/>
            <w:tcMar>
              <w:top w:w="100" w:type="dxa"/>
              <w:left w:w="100" w:type="dxa"/>
              <w:bottom w:w="100" w:type="dxa"/>
              <w:right w:w="100" w:type="dxa"/>
            </w:tcMar>
            <w:vAlign w:val="center"/>
          </w:tcPr>
          <w:p w14:paraId="228091E5" w14:textId="37A72861" w:rsidR="00AA26A9" w:rsidRPr="00AA26A9" w:rsidRDefault="00AA26A9" w:rsidP="00D36F3A">
            <w:pPr>
              <w:spacing w:after="0"/>
              <w:rPr>
                <w:sz w:val="18"/>
              </w:rPr>
            </w:pPr>
            <w:r>
              <w:rPr>
                <w:sz w:val="18"/>
              </w:rPr>
              <w:t>Order number</w:t>
            </w:r>
          </w:p>
        </w:tc>
      </w:tr>
      <w:tr w:rsidR="00AA26A9" w14:paraId="58F54986" w14:textId="77777777" w:rsidTr="00AA26A9">
        <w:tc>
          <w:tcPr>
            <w:tcW w:w="4536" w:type="dxa"/>
            <w:shd w:val="clear" w:color="auto" w:fill="EEEFF3"/>
            <w:tcMar>
              <w:top w:w="100" w:type="dxa"/>
              <w:left w:w="100" w:type="dxa"/>
              <w:bottom w:w="100" w:type="dxa"/>
              <w:right w:w="100" w:type="dxa"/>
            </w:tcMar>
            <w:vAlign w:val="center"/>
          </w:tcPr>
          <w:p w14:paraId="27925621" w14:textId="5A20716D" w:rsidR="00AA26A9" w:rsidRPr="00AA26A9" w:rsidRDefault="00AA26A9" w:rsidP="00D36F3A">
            <w:pPr>
              <w:spacing w:after="0"/>
              <w:rPr>
                <w:b/>
                <w:sz w:val="18"/>
              </w:rPr>
            </w:pPr>
            <w:r>
              <w:rPr>
                <w:b/>
                <w:sz w:val="18"/>
              </w:rPr>
              <w:t>Machine reference</w:t>
            </w:r>
          </w:p>
        </w:tc>
        <w:tc>
          <w:tcPr>
            <w:tcW w:w="4536" w:type="dxa"/>
            <w:shd w:val="clear" w:color="auto" w:fill="EEEFF3"/>
            <w:tcMar>
              <w:top w:w="100" w:type="dxa"/>
              <w:left w:w="100" w:type="dxa"/>
              <w:bottom w:w="100" w:type="dxa"/>
              <w:right w:w="100" w:type="dxa"/>
            </w:tcMar>
            <w:vAlign w:val="center"/>
          </w:tcPr>
          <w:p w14:paraId="33FF01D0" w14:textId="0CEA95C3" w:rsidR="00AA26A9" w:rsidRPr="00AA26A9" w:rsidRDefault="00AA26A9" w:rsidP="00D36F3A">
            <w:pPr>
              <w:spacing w:after="0"/>
              <w:rPr>
                <w:sz w:val="18"/>
              </w:rPr>
            </w:pPr>
            <w:r>
              <w:rPr>
                <w:sz w:val="18"/>
              </w:rPr>
              <w:t>Feedback number</w:t>
            </w:r>
          </w:p>
        </w:tc>
      </w:tr>
      <w:tr w:rsidR="006B136D" w14:paraId="12AFA75A" w14:textId="77777777" w:rsidTr="00A34B7B">
        <w:tc>
          <w:tcPr>
            <w:tcW w:w="4536" w:type="dxa"/>
            <w:tcMar>
              <w:top w:w="100" w:type="dxa"/>
              <w:left w:w="100" w:type="dxa"/>
              <w:bottom w:w="100" w:type="dxa"/>
              <w:right w:w="100" w:type="dxa"/>
            </w:tcMar>
            <w:vAlign w:val="center"/>
          </w:tcPr>
          <w:p w14:paraId="6BDCE304" w14:textId="77777777" w:rsidR="006B136D" w:rsidRPr="00AA26A9" w:rsidRDefault="006B136D" w:rsidP="00A34B7B">
            <w:pPr>
              <w:spacing w:after="0"/>
            </w:pPr>
            <w:r w:rsidRPr="00AA26A9">
              <w:rPr>
                <w:b/>
                <w:sz w:val="18"/>
              </w:rPr>
              <w:t>Product</w:t>
            </w:r>
          </w:p>
        </w:tc>
        <w:tc>
          <w:tcPr>
            <w:tcW w:w="4536" w:type="dxa"/>
            <w:tcMar>
              <w:top w:w="100" w:type="dxa"/>
              <w:left w:w="100" w:type="dxa"/>
              <w:bottom w:w="100" w:type="dxa"/>
              <w:right w:w="100" w:type="dxa"/>
            </w:tcMar>
            <w:vAlign w:val="center"/>
          </w:tcPr>
          <w:p w14:paraId="13FE026C" w14:textId="77777777" w:rsidR="006B136D" w:rsidRPr="00AA26A9" w:rsidRDefault="006B136D" w:rsidP="00A34B7B">
            <w:pPr>
              <w:spacing w:after="0"/>
            </w:pPr>
            <w:r w:rsidRPr="00AA26A9">
              <w:rPr>
                <w:sz w:val="18"/>
              </w:rPr>
              <w:t>Product name</w:t>
            </w:r>
          </w:p>
        </w:tc>
      </w:tr>
      <w:tr w:rsidR="006B136D" w14:paraId="6C5FF805" w14:textId="77777777" w:rsidTr="00A34B7B">
        <w:tc>
          <w:tcPr>
            <w:tcW w:w="4536" w:type="dxa"/>
            <w:shd w:val="clear" w:color="auto" w:fill="EEEFF3"/>
            <w:tcMar>
              <w:top w:w="100" w:type="dxa"/>
              <w:left w:w="100" w:type="dxa"/>
              <w:bottom w:w="100" w:type="dxa"/>
              <w:right w:w="100" w:type="dxa"/>
            </w:tcMar>
            <w:vAlign w:val="center"/>
          </w:tcPr>
          <w:p w14:paraId="77B3F16C" w14:textId="77777777" w:rsidR="006B136D" w:rsidRPr="00AA26A9" w:rsidRDefault="006B136D" w:rsidP="00A34B7B">
            <w:pPr>
              <w:spacing w:after="0"/>
            </w:pPr>
            <w:r w:rsidRPr="00AA26A9">
              <w:rPr>
                <w:b/>
                <w:sz w:val="18"/>
              </w:rPr>
              <w:t>Product version</w:t>
            </w:r>
          </w:p>
        </w:tc>
        <w:tc>
          <w:tcPr>
            <w:tcW w:w="4536" w:type="dxa"/>
            <w:shd w:val="clear" w:color="auto" w:fill="EEEFF3"/>
            <w:tcMar>
              <w:top w:w="100" w:type="dxa"/>
              <w:left w:w="100" w:type="dxa"/>
              <w:bottom w:w="100" w:type="dxa"/>
              <w:right w:w="100" w:type="dxa"/>
            </w:tcMar>
            <w:vAlign w:val="center"/>
          </w:tcPr>
          <w:p w14:paraId="4D41B23F" w14:textId="77777777" w:rsidR="006B136D" w:rsidRPr="00AA26A9" w:rsidRDefault="006B136D" w:rsidP="00A34B7B">
            <w:pPr>
              <w:spacing w:after="0"/>
            </w:pPr>
            <w:r w:rsidRPr="00AA26A9">
              <w:rPr>
                <w:sz w:val="18"/>
              </w:rPr>
              <w:t>Version or release</w:t>
            </w:r>
          </w:p>
        </w:tc>
      </w:tr>
      <w:tr w:rsidR="006B136D" w14:paraId="69AFDBE5" w14:textId="77777777" w:rsidTr="00A34B7B">
        <w:tc>
          <w:tcPr>
            <w:tcW w:w="4536" w:type="dxa"/>
            <w:tcMar>
              <w:top w:w="100" w:type="dxa"/>
              <w:left w:w="100" w:type="dxa"/>
              <w:bottom w:w="100" w:type="dxa"/>
              <w:right w:w="100" w:type="dxa"/>
            </w:tcMar>
            <w:vAlign w:val="center"/>
          </w:tcPr>
          <w:p w14:paraId="38BACF8D" w14:textId="77777777" w:rsidR="006B136D" w:rsidRPr="00AA26A9" w:rsidRDefault="006B136D" w:rsidP="00A34B7B">
            <w:pPr>
              <w:spacing w:after="0"/>
            </w:pPr>
            <w:r w:rsidRPr="00AA26A9">
              <w:rPr>
                <w:b/>
                <w:sz w:val="18"/>
              </w:rPr>
              <w:t>Software / Firmware</w:t>
            </w:r>
          </w:p>
        </w:tc>
        <w:tc>
          <w:tcPr>
            <w:tcW w:w="4536" w:type="dxa"/>
            <w:tcMar>
              <w:top w:w="100" w:type="dxa"/>
              <w:left w:w="100" w:type="dxa"/>
              <w:bottom w:w="100" w:type="dxa"/>
              <w:right w:w="100" w:type="dxa"/>
            </w:tcMar>
            <w:vAlign w:val="center"/>
          </w:tcPr>
          <w:p w14:paraId="71B93840" w14:textId="77777777" w:rsidR="006B136D" w:rsidRPr="00AA26A9" w:rsidRDefault="006B136D" w:rsidP="00A34B7B">
            <w:pPr>
              <w:spacing w:after="0"/>
            </w:pPr>
            <w:r w:rsidRPr="00AA26A9">
              <w:rPr>
                <w:sz w:val="18"/>
              </w:rPr>
              <w:t>Version information</w:t>
            </w:r>
          </w:p>
        </w:tc>
      </w:tr>
      <w:tr w:rsidR="006B136D" w14:paraId="260A97BA" w14:textId="77777777" w:rsidTr="00A34B7B">
        <w:tc>
          <w:tcPr>
            <w:tcW w:w="4536" w:type="dxa"/>
            <w:shd w:val="clear" w:color="auto" w:fill="EEEFF3"/>
            <w:tcMar>
              <w:top w:w="100" w:type="dxa"/>
              <w:left w:w="100" w:type="dxa"/>
              <w:bottom w:w="100" w:type="dxa"/>
              <w:right w:w="100" w:type="dxa"/>
            </w:tcMar>
            <w:vAlign w:val="center"/>
          </w:tcPr>
          <w:p w14:paraId="1A93C8B8" w14:textId="77777777" w:rsidR="006B136D" w:rsidRPr="00AA26A9" w:rsidRDefault="006B136D" w:rsidP="00A34B7B">
            <w:pPr>
              <w:spacing w:after="0"/>
            </w:pPr>
            <w:r w:rsidRPr="00AA26A9">
              <w:rPr>
                <w:b/>
                <w:sz w:val="18"/>
              </w:rPr>
              <w:t>Vulnerability description</w:t>
            </w:r>
          </w:p>
        </w:tc>
        <w:tc>
          <w:tcPr>
            <w:tcW w:w="4536" w:type="dxa"/>
            <w:shd w:val="clear" w:color="auto" w:fill="EEEFF3"/>
            <w:tcMar>
              <w:top w:w="100" w:type="dxa"/>
              <w:left w:w="100" w:type="dxa"/>
              <w:bottom w:w="100" w:type="dxa"/>
              <w:right w:w="100" w:type="dxa"/>
            </w:tcMar>
            <w:vAlign w:val="center"/>
          </w:tcPr>
          <w:p w14:paraId="3287FD3B" w14:textId="77777777" w:rsidR="006B136D" w:rsidRPr="00AA26A9" w:rsidRDefault="006B136D" w:rsidP="00A34B7B">
            <w:pPr>
              <w:spacing w:after="0"/>
            </w:pPr>
            <w:r w:rsidRPr="00AA26A9">
              <w:rPr>
                <w:sz w:val="18"/>
              </w:rPr>
              <w:t>Description of the issue</w:t>
            </w:r>
          </w:p>
        </w:tc>
      </w:tr>
      <w:tr w:rsidR="006B136D" w14:paraId="5C784826" w14:textId="77777777" w:rsidTr="00A34B7B">
        <w:tc>
          <w:tcPr>
            <w:tcW w:w="4536" w:type="dxa"/>
            <w:tcMar>
              <w:top w:w="100" w:type="dxa"/>
              <w:left w:w="100" w:type="dxa"/>
              <w:bottom w:w="100" w:type="dxa"/>
              <w:right w:w="100" w:type="dxa"/>
            </w:tcMar>
            <w:vAlign w:val="center"/>
          </w:tcPr>
          <w:p w14:paraId="7F6B857F" w14:textId="77777777" w:rsidR="006B136D" w:rsidRPr="00AA26A9" w:rsidRDefault="006B136D" w:rsidP="00A34B7B">
            <w:pPr>
              <w:spacing w:after="0"/>
            </w:pPr>
            <w:r w:rsidRPr="00AA26A9">
              <w:rPr>
                <w:b/>
                <w:sz w:val="18"/>
              </w:rPr>
              <w:t>Reproduction steps</w:t>
            </w:r>
          </w:p>
        </w:tc>
        <w:tc>
          <w:tcPr>
            <w:tcW w:w="4536" w:type="dxa"/>
            <w:tcMar>
              <w:top w:w="100" w:type="dxa"/>
              <w:left w:w="100" w:type="dxa"/>
              <w:bottom w:w="100" w:type="dxa"/>
              <w:right w:w="100" w:type="dxa"/>
            </w:tcMar>
            <w:vAlign w:val="center"/>
          </w:tcPr>
          <w:p w14:paraId="5AED4B8D" w14:textId="77777777" w:rsidR="006B136D" w:rsidRPr="00AA26A9" w:rsidRDefault="006B136D" w:rsidP="00A34B7B">
            <w:pPr>
              <w:spacing w:after="0"/>
            </w:pPr>
            <w:r w:rsidRPr="00AA26A9">
              <w:rPr>
                <w:sz w:val="18"/>
              </w:rPr>
              <w:t>How the issue can be reproduced</w:t>
            </w:r>
          </w:p>
        </w:tc>
      </w:tr>
      <w:tr w:rsidR="006B136D" w14:paraId="191DC409" w14:textId="77777777" w:rsidTr="00A34B7B">
        <w:tc>
          <w:tcPr>
            <w:tcW w:w="4536" w:type="dxa"/>
            <w:shd w:val="clear" w:color="auto" w:fill="EEEFF3"/>
            <w:tcMar>
              <w:top w:w="100" w:type="dxa"/>
              <w:left w:w="100" w:type="dxa"/>
              <w:bottom w:w="100" w:type="dxa"/>
              <w:right w:w="100" w:type="dxa"/>
            </w:tcMar>
            <w:vAlign w:val="center"/>
          </w:tcPr>
          <w:p w14:paraId="0D74B12D" w14:textId="77777777" w:rsidR="006B136D" w:rsidRPr="00AA26A9" w:rsidRDefault="006B136D" w:rsidP="00A34B7B">
            <w:pPr>
              <w:spacing w:after="0"/>
            </w:pPr>
            <w:r w:rsidRPr="00AA26A9">
              <w:rPr>
                <w:b/>
                <w:sz w:val="18"/>
              </w:rPr>
              <w:t>Potential impact</w:t>
            </w:r>
          </w:p>
        </w:tc>
        <w:tc>
          <w:tcPr>
            <w:tcW w:w="4536" w:type="dxa"/>
            <w:shd w:val="clear" w:color="auto" w:fill="EEEFF3"/>
            <w:tcMar>
              <w:top w:w="100" w:type="dxa"/>
              <w:left w:w="100" w:type="dxa"/>
              <w:bottom w:w="100" w:type="dxa"/>
              <w:right w:w="100" w:type="dxa"/>
            </w:tcMar>
            <w:vAlign w:val="center"/>
          </w:tcPr>
          <w:p w14:paraId="50BDB6E1" w14:textId="77777777" w:rsidR="006B136D" w:rsidRPr="00AA26A9" w:rsidRDefault="006B136D" w:rsidP="00A34B7B">
            <w:pPr>
              <w:spacing w:after="0"/>
            </w:pPr>
            <w:r w:rsidRPr="00AA26A9">
              <w:rPr>
                <w:sz w:val="18"/>
              </w:rPr>
              <w:t>Expected impact</w:t>
            </w:r>
          </w:p>
        </w:tc>
      </w:tr>
      <w:tr w:rsidR="006B136D" w14:paraId="304AD0D9" w14:textId="77777777" w:rsidTr="00A34B7B">
        <w:tc>
          <w:tcPr>
            <w:tcW w:w="4536" w:type="dxa"/>
            <w:tcMar>
              <w:top w:w="100" w:type="dxa"/>
              <w:left w:w="100" w:type="dxa"/>
              <w:bottom w:w="100" w:type="dxa"/>
              <w:right w:w="100" w:type="dxa"/>
            </w:tcMar>
            <w:vAlign w:val="center"/>
          </w:tcPr>
          <w:p w14:paraId="25F64F22" w14:textId="77777777" w:rsidR="006B136D" w:rsidRPr="00AA26A9" w:rsidRDefault="006B136D" w:rsidP="00A34B7B">
            <w:pPr>
              <w:spacing w:after="0"/>
            </w:pPr>
            <w:r w:rsidRPr="00AA26A9">
              <w:rPr>
                <w:b/>
                <w:sz w:val="18"/>
              </w:rPr>
              <w:t>Attachments</w:t>
            </w:r>
          </w:p>
        </w:tc>
        <w:tc>
          <w:tcPr>
            <w:tcW w:w="4536" w:type="dxa"/>
            <w:tcMar>
              <w:top w:w="100" w:type="dxa"/>
              <w:left w:w="100" w:type="dxa"/>
              <w:bottom w:w="100" w:type="dxa"/>
              <w:right w:w="100" w:type="dxa"/>
            </w:tcMar>
            <w:vAlign w:val="center"/>
          </w:tcPr>
          <w:p w14:paraId="7546983A" w14:textId="77777777" w:rsidR="006B136D" w:rsidRPr="00AA26A9" w:rsidRDefault="006B136D" w:rsidP="00A34B7B">
            <w:pPr>
              <w:spacing w:after="0"/>
            </w:pPr>
            <w:r w:rsidRPr="00AA26A9">
              <w:rPr>
                <w:sz w:val="18"/>
              </w:rPr>
              <w:t>Screenshots, logs, PoC, etc.</w:t>
            </w:r>
          </w:p>
        </w:tc>
      </w:tr>
    </w:tbl>
    <w:p w14:paraId="413ADE56" w14:textId="77777777" w:rsidR="006B136D" w:rsidRDefault="006B136D" w:rsidP="006B136D"/>
    <w:p w14:paraId="0A706A5A" w14:textId="77777777" w:rsidR="006B136D" w:rsidRDefault="006B136D" w:rsidP="006B136D">
      <w:r>
        <w:t>This public document is reviewed annually or following a material change to the applicable product security process or regulatory requirements.</w:t>
      </w:r>
    </w:p>
    <w:p w14:paraId="15ACC1C2" w14:textId="77777777" w:rsidR="006B136D" w:rsidRPr="00913542" w:rsidRDefault="006B136D" w:rsidP="006B136D"/>
    <w:p w14:paraId="27B19B63" w14:textId="272FDEA9" w:rsidR="00A66235" w:rsidRPr="006B136D" w:rsidRDefault="00A66235" w:rsidP="006B136D"/>
    <w:sectPr w:rsidR="00A66235" w:rsidRPr="006B136D" w:rsidSect="00034616">
      <w:footerReference w:type="default" r:id="rId15"/>
      <w:pgSz w:w="11906" w:h="16838"/>
      <w:pgMar w:top="1020" w:right="1020" w:bottom="1020"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D3627" w14:textId="77777777" w:rsidR="006079CB" w:rsidRDefault="006079CB">
      <w:pPr>
        <w:spacing w:after="0" w:line="240" w:lineRule="auto"/>
      </w:pPr>
      <w:r>
        <w:separator/>
      </w:r>
    </w:p>
  </w:endnote>
  <w:endnote w:type="continuationSeparator" w:id="0">
    <w:p w14:paraId="6A7DF16E" w14:textId="77777777" w:rsidR="006079CB" w:rsidRDefault="00607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B055" w14:textId="2FC1AEF3" w:rsidR="000D2B11" w:rsidRDefault="006079CB" w:rsidP="000D2B11">
    <w:pPr>
      <w:pStyle w:val="Footer"/>
      <w:pBdr>
        <w:top w:val="single" w:sz="4" w:space="1" w:color="D9D9D9" w:themeColor="background1" w:themeShade="D9"/>
      </w:pBdr>
    </w:pPr>
    <w:sdt>
      <w:sdtPr>
        <w:alias w:val="Label"/>
        <w:tag w:val="DLCPolicyLabelValue"/>
        <w:id w:val="1692421155"/>
        <w:lock w:val="contentLocked"/>
        <w:placeholder>
          <w:docPart w:val="C9D40DDDC6744233BE7938D2399C2464"/>
        </w:placeholder>
        <w:dataBinding w:prefixMappings="xmlns:ns0='http://schemas.microsoft.com/office/2006/metadata/properties' xmlns:ns1='http://www.w3.org/2001/XMLSchema-instance' xmlns:ns2='http://schemas.microsoft.com/office/infopath/2007/PartnerControls' xmlns:ns3='6334132C-F38D-45B8-9AA2-2557BC84DD4B' xmlns:ns4='ac25def8-7bdb-4003-9db9-84a62f7ea1d8' " w:xpath="/ns0:properties[1]/documentManagement[1]/ns3:DLCPolicyLabelValue[1]" w:storeItemID="{C88B575F-37DC-4419-8FC6-BDD3E4DB6B2B}"/>
        <w:text w:multiLine="1"/>
      </w:sdtPr>
      <w:sdtEndPr/>
      <w:sdtContent>
        <w:r w:rsidR="00506432">
          <w:t>B0456118 - 0.8</w:t>
        </w:r>
      </w:sdtContent>
    </w:sdt>
    <w:r w:rsidR="000D2B11">
      <w:tab/>
    </w:r>
    <w:r w:rsidR="000D2B11">
      <w:tab/>
    </w:r>
    <w:sdt>
      <w:sdtPr>
        <w:id w:val="-166326193"/>
        <w:docPartObj>
          <w:docPartGallery w:val="Page Numbers (Bottom of Page)"/>
          <w:docPartUnique/>
        </w:docPartObj>
      </w:sdtPr>
      <w:sdtEndPr>
        <w:rPr>
          <w:color w:val="7F7F7F" w:themeColor="background1" w:themeShade="7F"/>
          <w:spacing w:val="60"/>
        </w:rPr>
      </w:sdtEndPr>
      <w:sdtContent>
        <w:r w:rsidR="000D2B11">
          <w:fldChar w:fldCharType="begin"/>
        </w:r>
        <w:r w:rsidR="000D2B11">
          <w:instrText xml:space="preserve"> PAGE   \* MERGEFORMAT </w:instrText>
        </w:r>
        <w:r w:rsidR="000D2B11">
          <w:fldChar w:fldCharType="separate"/>
        </w:r>
        <w:r w:rsidR="000D2B11">
          <w:rPr>
            <w:noProof/>
          </w:rPr>
          <w:t>2</w:t>
        </w:r>
        <w:r w:rsidR="000D2B11">
          <w:rPr>
            <w:noProof/>
          </w:rPr>
          <w:fldChar w:fldCharType="end"/>
        </w:r>
        <w:r w:rsidR="000D2B11">
          <w:t xml:space="preserve"> | </w:t>
        </w:r>
        <w:r w:rsidR="000D2B11">
          <w:rPr>
            <w:color w:val="7F7F7F" w:themeColor="background1" w:themeShade="7F"/>
            <w:spacing w:val="60"/>
          </w:rPr>
          <w:t>Page</w:t>
        </w:r>
      </w:sdtContent>
    </w:sdt>
  </w:p>
  <w:p w14:paraId="42ED7246" w14:textId="77777777" w:rsidR="000D2B11" w:rsidRDefault="000D2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C2E4" w14:textId="77777777" w:rsidR="006079CB" w:rsidRDefault="006079CB">
      <w:pPr>
        <w:spacing w:after="0" w:line="240" w:lineRule="auto"/>
      </w:pPr>
      <w:r>
        <w:separator/>
      </w:r>
    </w:p>
  </w:footnote>
  <w:footnote w:type="continuationSeparator" w:id="0">
    <w:p w14:paraId="388EEF25" w14:textId="77777777" w:rsidR="006079CB" w:rsidRDefault="00607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435C995A"/>
    <w:lvl w:ilvl="0">
      <w:start w:val="1"/>
      <w:numFmt w:val="bullet"/>
      <w:pStyle w:val="ListBullet"/>
      <w:lvlText w:val=""/>
      <w:lvlJc w:val="left"/>
      <w:pPr>
        <w:tabs>
          <w:tab w:val="num" w:pos="360"/>
        </w:tabs>
        <w:ind w:left="360" w:hanging="360"/>
      </w:pPr>
      <w:rPr>
        <w:rFonts w:ascii="Symbol" w:hAnsi="Symbol" w:hint="default"/>
      </w:rPr>
    </w:lvl>
  </w:abstractNum>
  <w:num w:numId="1" w16cid:durableId="615521274">
    <w:abstractNumId w:val="8"/>
  </w:num>
  <w:num w:numId="2" w16cid:durableId="1849171859">
    <w:abstractNumId w:val="6"/>
  </w:num>
  <w:num w:numId="3" w16cid:durableId="1443650795">
    <w:abstractNumId w:val="5"/>
  </w:num>
  <w:num w:numId="4" w16cid:durableId="560023183">
    <w:abstractNumId w:val="4"/>
  </w:num>
  <w:num w:numId="5" w16cid:durableId="362825883">
    <w:abstractNumId w:val="7"/>
  </w:num>
  <w:num w:numId="6" w16cid:durableId="197085078">
    <w:abstractNumId w:val="3"/>
  </w:num>
  <w:num w:numId="7" w16cid:durableId="1435978528">
    <w:abstractNumId w:val="2"/>
  </w:num>
  <w:num w:numId="8" w16cid:durableId="361321353">
    <w:abstractNumId w:val="1"/>
  </w:num>
  <w:num w:numId="9" w16cid:durableId="810754878">
    <w:abstractNumId w:val="0"/>
  </w:num>
  <w:num w:numId="10" w16cid:durableId="1329864391">
    <w:abstractNumId w:val="8"/>
  </w:num>
  <w:num w:numId="11" w16cid:durableId="1739747224">
    <w:abstractNumId w:val="8"/>
  </w:num>
  <w:num w:numId="12" w16cid:durableId="535239943">
    <w:abstractNumId w:val="8"/>
  </w:num>
  <w:num w:numId="13" w16cid:durableId="1769497304">
    <w:abstractNumId w:val="8"/>
  </w:num>
  <w:num w:numId="14" w16cid:durableId="624192578">
    <w:abstractNumId w:val="8"/>
  </w:num>
  <w:num w:numId="15" w16cid:durableId="1340544575">
    <w:abstractNumId w:val="8"/>
  </w:num>
  <w:num w:numId="16" w16cid:durableId="199056646">
    <w:abstractNumId w:val="8"/>
  </w:num>
  <w:num w:numId="17" w16cid:durableId="1261568969">
    <w:abstractNumId w:val="8"/>
  </w:num>
  <w:num w:numId="18" w16cid:durableId="142893284">
    <w:abstractNumId w:val="8"/>
  </w:num>
  <w:num w:numId="19" w16cid:durableId="942105595">
    <w:abstractNumId w:val="8"/>
  </w:num>
  <w:num w:numId="20" w16cid:durableId="1830172913">
    <w:abstractNumId w:val="8"/>
  </w:num>
  <w:num w:numId="21" w16cid:durableId="12185898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513"/>
    <w:rsid w:val="00057C3E"/>
    <w:rsid w:val="0006063C"/>
    <w:rsid w:val="000D2B11"/>
    <w:rsid w:val="000E68C9"/>
    <w:rsid w:val="0015074B"/>
    <w:rsid w:val="00170862"/>
    <w:rsid w:val="002108DB"/>
    <w:rsid w:val="0029639D"/>
    <w:rsid w:val="00326F90"/>
    <w:rsid w:val="003B63B8"/>
    <w:rsid w:val="003D544E"/>
    <w:rsid w:val="004225D6"/>
    <w:rsid w:val="004234B9"/>
    <w:rsid w:val="00477587"/>
    <w:rsid w:val="00477C24"/>
    <w:rsid w:val="004E767F"/>
    <w:rsid w:val="00506432"/>
    <w:rsid w:val="00567E43"/>
    <w:rsid w:val="005834DB"/>
    <w:rsid w:val="005B778C"/>
    <w:rsid w:val="00601F7A"/>
    <w:rsid w:val="006079CB"/>
    <w:rsid w:val="0064440A"/>
    <w:rsid w:val="006B136D"/>
    <w:rsid w:val="007F093A"/>
    <w:rsid w:val="00850478"/>
    <w:rsid w:val="008B6C6D"/>
    <w:rsid w:val="00913542"/>
    <w:rsid w:val="009929FF"/>
    <w:rsid w:val="00A006AE"/>
    <w:rsid w:val="00A111D9"/>
    <w:rsid w:val="00A43B6C"/>
    <w:rsid w:val="00A5448B"/>
    <w:rsid w:val="00A62F98"/>
    <w:rsid w:val="00A66235"/>
    <w:rsid w:val="00AA1D8D"/>
    <w:rsid w:val="00AA23D0"/>
    <w:rsid w:val="00AA26A9"/>
    <w:rsid w:val="00AE5BFD"/>
    <w:rsid w:val="00B40574"/>
    <w:rsid w:val="00B47730"/>
    <w:rsid w:val="00BF6235"/>
    <w:rsid w:val="00CB0664"/>
    <w:rsid w:val="00CF52D4"/>
    <w:rsid w:val="00DF0C3E"/>
    <w:rsid w:val="00E70231"/>
    <w:rsid w:val="00E718C3"/>
    <w:rsid w:val="00E81B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71596B"/>
  <w14:defaultImageDpi w14:val="300"/>
  <w15:docId w15:val="{A16472C2-1945-4412-9B5D-0BD86FC65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color w:val="1F1F1F"/>
      <w:sz w:val="19"/>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17365D"/>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laceholderText">
    <w:name w:val="Placeholder Text"/>
    <w:basedOn w:val="DefaultParagraphFont"/>
    <w:uiPriority w:val="99"/>
    <w:semiHidden/>
    <w:rsid w:val="00913542"/>
    <w:rPr>
      <w:color w:val="666666"/>
    </w:rPr>
  </w:style>
  <w:style w:type="character" w:styleId="Hyperlink">
    <w:name w:val="Hyperlink"/>
    <w:basedOn w:val="DefaultParagraphFont"/>
    <w:uiPriority w:val="99"/>
    <w:unhideWhenUsed/>
    <w:rsid w:val="004E767F"/>
    <w:rPr>
      <w:color w:val="0000FF" w:themeColor="hyperlink"/>
      <w:u w:val="single"/>
    </w:rPr>
  </w:style>
  <w:style w:type="character" w:styleId="UnresolvedMention">
    <w:name w:val="Unresolved Mention"/>
    <w:basedOn w:val="DefaultParagraphFont"/>
    <w:uiPriority w:val="99"/>
    <w:semiHidden/>
    <w:unhideWhenUsed/>
    <w:rsid w:val="004E7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vanaarse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D40DDDC6744233BE7938D2399C2464"/>
        <w:category>
          <w:name w:val="General"/>
          <w:gallery w:val="placeholder"/>
        </w:category>
        <w:types>
          <w:type w:val="bbPlcHdr"/>
        </w:types>
        <w:behaviors>
          <w:behavior w:val="content"/>
        </w:behaviors>
        <w:guid w:val="{C6FE3709-3D6F-4C09-AF41-3690A8F5DC2D}"/>
      </w:docPartPr>
      <w:docPartBody>
        <w:p w:rsidR="00BA595B" w:rsidRDefault="00A359E3">
          <w:r w:rsidRPr="001312C0">
            <w:rPr>
              <w:rStyle w:val="PlaceholderText"/>
            </w:rPr>
            <w:t>[Label]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C9E"/>
    <w:rsid w:val="00015C9E"/>
    <w:rsid w:val="00057C3E"/>
    <w:rsid w:val="0064440A"/>
    <w:rsid w:val="007F1E39"/>
    <w:rsid w:val="00850478"/>
    <w:rsid w:val="008B6C6D"/>
    <w:rsid w:val="008D1AE5"/>
    <w:rsid w:val="009F41CB"/>
    <w:rsid w:val="00A359E3"/>
    <w:rsid w:val="00A43B6C"/>
    <w:rsid w:val="00AA23D0"/>
    <w:rsid w:val="00BA595B"/>
    <w:rsid w:val="00D91F7F"/>
    <w:rsid w:val="00ED068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C9E"/>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59E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VA_P_CustomerTransactionType xmlns="6334132C-F38D-45B8-9AA2-2557BC84DD4B" xsi:nil="true"/>
    <TaxCatchAll xmlns="ac25def8-7bdb-4003-9db9-84a62f7ea1d8"/>
    <DLCPolicyLabelLock xmlns="6334132C-F38D-45B8-9AA2-2557BC84DD4B" xsi:nil="true"/>
    <VA_AlertOnChange xmlns="ac25def8-7bdb-4003-9db9-84a62f7ea1d8">
      <UserInfo>
        <DisplayName/>
        <AccountId xsi:nil="true"/>
        <AccountType/>
      </UserInfo>
    </VA_AlertOnChange>
    <VA_Document_CaseID xmlns="ac25def8-7bdb-4003-9db9-84a62f7ea1d8">LT094</VA_Document_CaseID>
    <VA_P_CustomerName xmlns="6334132C-F38D-45B8-9AA2-2557BC84DD4B" xsi:nil="true"/>
    <VA_P_MainProductGroupDescription xmlns="ac25def8-7bdb-4003-9db9-84a62f7ea1d8" xsi:nil="true"/>
    <VA_P_PurchaseTransactionType xmlns="6334132C-F38D-45B8-9AA2-2557BC84DD4B" xsi:nil="true"/>
    <d64f7e66c55d4237b95309fcb9a1e969 xmlns="ac25def8-7bdb-4003-9db9-84a62f7ea1d8">
      <Terms xmlns="http://schemas.microsoft.com/office/infopath/2007/PartnerControls"/>
    </d64f7e66c55d4237b95309fcb9a1e969>
    <a1be15d4811541d5a7b78ed087a9ebe7 xmlns="ac25def8-7bdb-4003-9db9-84a62f7ea1d8">
      <Terms xmlns="http://schemas.microsoft.com/office/infopath/2007/PartnerControls"/>
    </a1be15d4811541d5a7b78ed087a9ebe7>
    <VA_P_CustomerNumber xmlns="6334132C-F38D-45B8-9AA2-2557BC84DD4B" xsi:nil="true"/>
    <VA_P_CustomerTransactionCode xmlns="6334132C-F38D-45B8-9AA2-2557BC84DD4B" xsi:nil="true"/>
    <VA_P_VendorNumber xmlns="6334132C-F38D-45B8-9AA2-2557BC84DD4B" xsi:nil="true"/>
    <VA_P_PurchaseTransactionNumber xmlns="6334132C-F38D-45B8-9AA2-2557BC84DD4B" xsi:nil="true"/>
    <VA_Links xmlns="ac25def8-7bdb-4003-9db9-84a62f7ea1d8" xsi:nil="true"/>
    <VA_DocumentOwner xmlns="ac25def8-7bdb-4003-9db9-84a62f7ea1d8">
      <UserInfo>
        <DisplayName>Vermij, Harold</DisplayName>
        <AccountId>120</AccountId>
        <AccountType/>
      </UserInfo>
    </VA_DocumentOwner>
    <DLCPolicyLabelClientValue xmlns="6334132C-F38D-45B8-9AA2-2557BC84DD4B">B0456118 - {_UIVersionString}</DLCPolicyLabelClientValue>
    <i069b8890ee94ff0bfee8567393342fd xmlns="ac25def8-7bdb-4003-9db9-84a62f7ea1d8">
      <Terms xmlns="http://schemas.microsoft.com/office/infopath/2007/PartnerControls"/>
    </i069b8890ee94ff0bfee8567393342fd>
    <VA_P_OrderType xmlns="6334132C-F38D-45B8-9AA2-2557BC84DD4B" xsi:nil="true"/>
    <VA_P_VendorName xmlns="6334132C-F38D-45B8-9AA2-2557BC84DD4B" xsi:nil="true"/>
    <VAM_Permission xmlns="6334132C-F38D-45B8-9AA2-2557BC84DD4B">Low</VAM_Permission>
    <VA_Phantom xmlns="ac25def8-7bdb-4003-9db9-84a62f7ea1d8">false</VA_Phantom>
    <VA_DocumentSummary xmlns="ac25def8-7bdb-4003-9db9-84a62f7ea1d8" xsi:nil="true"/>
    <VA_P_MainProductGroupCode xmlns="6334132C-F38D-45B8-9AA2-2557BC84DD4B" xsi:nil="true"/>
    <VA_P_ItemCode xmlns="6334132C-F38D-45B8-9AA2-2557BC84DD4B" xsi:nil="true"/>
    <o5e1d21ffe1346f89536bd6404d3593c xmlns="ac25def8-7bdb-4003-9db9-84a62f7ea1d8">
      <Terms xmlns="http://schemas.microsoft.com/office/infopath/2007/PartnerControls"/>
    </o5e1d21ffe1346f89536bd6404d3593c>
    <_dlc_DocId xmlns="ac25def8-7bdb-4003-9db9-84a62f7ea1d8">B0456118</_dlc_DocId>
    <_dlc_DocIdUrl xmlns="ac25def8-7bdb-4003-9db9-84a62f7ea1d8">
      <Url>https://arista2.aarsen.com/sites/misc/Main1/_layouts/15/DocIdRedir.aspx?ID=B0456118</Url>
      <Description>B0456118</Description>
    </_dlc_DocIdUrl>
    <DLCPolicyLabelValue xmlns="6334132C-F38D-45B8-9AA2-2557BC84DD4B">B0456118 - 0.8</DLCPolicyLabelValue>
  </documentManagement>
</p:properties>
</file>

<file path=customXml/item3.xml><?xml version="1.0" encoding="utf-8"?>
<ct:contentTypeSchema xmlns:ct="http://schemas.microsoft.com/office/2006/metadata/contentType" xmlns:ma="http://schemas.microsoft.com/office/2006/metadata/properties/metaAttributes" ct:_="" ma:_="" ma:contentTypeName="Documents" ma:contentTypeID="0x010100B41023920CFE1449A729927C613804C53A000843768FF933E848AB75AB3F09253FA5" ma:contentTypeVersion="0" ma:contentTypeDescription="" ma:contentTypeScope="" ma:versionID="59a6edb29de36dc8d8c65089ddd01f14">
  <xsd:schema xmlns:xsd="http://www.w3.org/2001/XMLSchema" xmlns:xs="http://www.w3.org/2001/XMLSchema" xmlns:p="http://schemas.microsoft.com/office/2006/metadata/properties" xmlns:ns1="ac25def8-7bdb-4003-9db9-84a62f7ea1d8" xmlns:ns2="http://schemas.microsoft.com/sharepoint/v3" xmlns:ns3="6334132C-F38D-45B8-9AA2-2557BC84DD4B" targetNamespace="http://schemas.microsoft.com/office/2006/metadata/properties" ma:root="true" ma:fieldsID="d323ec6fb5565a371f30e982d77b8706" ns1:_="" ns2:_="" ns3:_="">
    <xsd:import namespace="ac25def8-7bdb-4003-9db9-84a62f7ea1d8"/>
    <xsd:import namespace="http://schemas.microsoft.com/sharepoint/v3"/>
    <xsd:import namespace="6334132C-F38D-45B8-9AA2-2557BC84DD4B"/>
    <xsd:element name="properties">
      <xsd:complexType>
        <xsd:sequence>
          <xsd:element name="documentManagement">
            <xsd:complexType>
              <xsd:all>
                <xsd:element ref="ns1:VA_Document_CaseID" minOccurs="0"/>
                <xsd:element ref="ns1:VA_DocumentOwner"/>
                <xsd:element ref="ns3:VAM_Permission"/>
                <xsd:element ref="ns1:VA_AlertOnChange" minOccurs="0"/>
                <xsd:element ref="ns3:VA_P_CustomerNumber" minOccurs="0"/>
                <xsd:element ref="ns3:VA_P_CustomerName" minOccurs="0"/>
                <xsd:element ref="ns3:VA_P_CustomerTransactionCode" minOccurs="0"/>
                <xsd:element ref="ns3:VA_P_CustomerTransactionType" minOccurs="0"/>
                <xsd:element ref="ns3:VA_P_OrderType" minOccurs="0"/>
                <xsd:element ref="ns3:VA_P_VendorNumber" minOccurs="0"/>
                <xsd:element ref="ns3:VA_P_VendorName" minOccurs="0"/>
                <xsd:element ref="ns3:VA_P_PurchaseTransactionNumber" minOccurs="0"/>
                <xsd:element ref="ns3:VA_P_PurchaseTransactionType" minOccurs="0"/>
                <xsd:element ref="ns3:VA_P_MainProductGroupCode" minOccurs="0"/>
                <xsd:element ref="ns1:VA_P_MainProductGroupDescription" minOccurs="0"/>
                <xsd:element ref="ns3:VA_P_ItemCode" minOccurs="0"/>
                <xsd:element ref="ns1:VA_Phantom" minOccurs="0"/>
                <xsd:element ref="ns1:VA_Links" minOccurs="0"/>
                <xsd:element ref="ns1:VA_DocumentSummary" minOccurs="0"/>
                <xsd:element ref="ns1:_dlc_DocId" minOccurs="0"/>
                <xsd:element ref="ns1:i069b8890ee94ff0bfee8567393342fd" minOccurs="0"/>
                <xsd:element ref="ns1:d64f7e66c55d4237b95309fcb9a1e969" minOccurs="0"/>
                <xsd:element ref="ns1:TaxCatchAll" minOccurs="0"/>
                <xsd:element ref="ns1:TaxCatchAllLabel" minOccurs="0"/>
                <xsd:element ref="ns1:_dlc_DocIdUrl" minOccurs="0"/>
                <xsd:element ref="ns1:a1be15d4811541d5a7b78ed087a9ebe7" minOccurs="0"/>
                <xsd:element ref="ns1:o5e1d21ffe1346f89536bd6404d3593c" minOccurs="0"/>
                <xsd:element ref="ns1:_dlc_DocIdPersistId" minOccurs="0"/>
                <xsd:element ref="ns2:_dlc_Exempt" minOccurs="0"/>
                <xsd:element ref="ns3:DLCPolicyLabelValue" minOccurs="0"/>
                <xsd:element ref="ns3:DLCPolicyLabelClientValue" minOccurs="0"/>
                <xsd:element ref="ns3:DLCPolicyLabelLoc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5def8-7bdb-4003-9db9-84a62f7ea1d8" elementFormDefault="qualified">
    <xsd:import namespace="http://schemas.microsoft.com/office/2006/documentManagement/types"/>
    <xsd:import namespace="http://schemas.microsoft.com/office/infopath/2007/PartnerControls"/>
    <xsd:element name="VA_Document_CaseID" ma:index="0" nillable="true" ma:displayName="Document Case ID" ma:internalName="VA_Document_CaseID">
      <xsd:simpleType>
        <xsd:restriction base="dms:Text">
          <xsd:maxLength value="5"/>
        </xsd:restriction>
      </xsd:simpleType>
    </xsd:element>
    <xsd:element name="VA_DocumentOwner" ma:index="4" ma:displayName="Document Owner" ma:list="UserInfo" ma:SharePointGroup="0" ma:internalName="VA_DocumentOwner" ma:showField="Titl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VA_AlertOnChange" ma:index="7" nillable="true" ma:displayName="Alert On Change" ma:list="UserInfo" ma:SearchPeopleOnly="false" ma:SharePointGroup="0" ma:internalName="VA_AlertOnChang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VA_P_MainProductGroupDescription" ma:index="19" nillable="true" ma:displayName="Main Product Group Description" ma:description="" ma:internalName="VA_P_MainProductGroupDescription">
      <xsd:simpleType>
        <xsd:restriction base="dms:Text">
          <xsd:maxLength value="255"/>
        </xsd:restriction>
      </xsd:simpleType>
    </xsd:element>
    <xsd:element name="VA_Phantom" ma:index="22" nillable="true" ma:displayName="Phantom" ma:default="0" ma:description="" ma:internalName="VA_Phantom">
      <xsd:simpleType>
        <xsd:restriction base="dms:Boolean"/>
      </xsd:simpleType>
    </xsd:element>
    <xsd:element name="VA_Links" ma:index="23" nillable="true" ma:displayName="Links" ma:description="Use the button for adding links to Cases, Tasks, or Documents. Ctrl+Click to follow link" ma:internalName="VA_Links">
      <xsd:simpleType>
        <xsd:restriction base="dms:Unknown"/>
      </xsd:simpleType>
    </xsd:element>
    <xsd:element name="VA_DocumentSummary" ma:index="24" nillable="true" ma:displayName="Document Text" ma:internalName="VA_DocumentSummary">
      <xsd:simpleType>
        <xsd:restriction base="dms:Note"/>
      </xsd:simpleType>
    </xsd:element>
    <xsd:element name="_dlc_DocId" ma:index="25" nillable="true" ma:displayName="Document ID Value" ma:description="The value of the document ID assigned to this item." ma:indexed="true" ma:internalName="_dlc_DocId" ma:readOnly="true">
      <xsd:simpleType>
        <xsd:restriction base="dms:Text"/>
      </xsd:simpleType>
    </xsd:element>
    <xsd:element name="i069b8890ee94ff0bfee8567393342fd" ma:index="27" nillable="true" ma:taxonomy="true" ma:internalName="i069b8890ee94ff0bfee8567393342fd" ma:taxonomyFieldName="VA_DocumentType" ma:displayName="Document Type" ma:default="" ma:fieldId="{2069b889-0ee9-4ff0-bfee-8567393342fd}" ma:sspId="ef48fb0e-e7ff-4d00-a09d-c642a5a22026" ma:termSetId="bdec6d4e-6448-4f94-aa8d-286bf5aba9dc" ma:anchorId="00000000-0000-0000-0000-000000000000" ma:open="false" ma:isKeyword="false">
      <xsd:complexType>
        <xsd:sequence>
          <xsd:element ref="pc:Terms" minOccurs="0" maxOccurs="1"/>
        </xsd:sequence>
      </xsd:complexType>
    </xsd:element>
    <xsd:element name="d64f7e66c55d4237b95309fcb9a1e969" ma:index="29" nillable="true" ma:taxonomy="true" ma:internalName="d64f7e66c55d4237b95309fcb9a1e969" ma:taxonomyFieldName="VA_Language" ma:displayName="Language" ma:readOnly="false" ma:default="" ma:fieldId="{d64f7e66-c55d-4237-b953-09fcb9a1e969}" ma:sspId="ef48fb0e-e7ff-4d00-a09d-c642a5a22026" ma:termSetId="d2b28cef-75ba-4297-ab0a-f84a3504cc08" ma:anchorId="00000000-0000-0000-0000-000000000000" ma:open="false" ma:isKeyword="false">
      <xsd:complexType>
        <xsd:sequence>
          <xsd:element ref="pc:Terms" minOccurs="0" maxOccurs="1"/>
        </xsd:sequence>
      </xsd:complexType>
    </xsd:element>
    <xsd:element name="TaxCatchAll" ma:index="30" nillable="true" ma:displayName="Taxonomy Catch All Column" ma:hidden="true" ma:list="{f81264f5-cff2-4929-9986-6a39b7446a1f}" ma:internalName="TaxCatchAll" ma:showField="CatchAllData" ma:web="ac25def8-7bdb-4003-9db9-84a62f7ea1d8">
      <xsd:complexType>
        <xsd:complexContent>
          <xsd:extension base="dms:MultiChoiceLookup">
            <xsd:sequence>
              <xsd:element name="Value" type="dms:Lookup" maxOccurs="unbounded" minOccurs="0" nillable="true"/>
            </xsd:sequence>
          </xsd:extension>
        </xsd:complexContent>
      </xsd:complexType>
    </xsd:element>
    <xsd:element name="TaxCatchAllLabel" ma:index="31" nillable="true" ma:displayName="Taxonomy Catch All Column1" ma:hidden="true" ma:list="{f81264f5-cff2-4929-9986-6a39b7446a1f}" ma:internalName="TaxCatchAllLabel" ma:readOnly="true" ma:showField="CatchAllDataLabel" ma:web="ac25def8-7bdb-4003-9db9-84a62f7ea1d8">
      <xsd:complexType>
        <xsd:complexContent>
          <xsd:extension base="dms:MultiChoiceLookup">
            <xsd:sequence>
              <xsd:element name="Value" type="dms:Lookup" maxOccurs="unbounded" minOccurs="0" nillable="true"/>
            </xsd:sequence>
          </xsd:extension>
        </xsd:complexContent>
      </xsd:complex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a1be15d4811541d5a7b78ed087a9ebe7" ma:index="35" nillable="true" ma:taxonomy="true" ma:internalName="a1be15d4811541d5a7b78ed087a9ebe7" ma:taxonomyFieldName="VA_AristaCategory" ma:displayName="Arista Category" ma:default="" ma:fieldId="{a1be15d4-8115-41d5-a7b7-8ed087a9ebe7}" ma:sspId="ef48fb0e-e7ff-4d00-a09d-c642a5a22026" ma:termSetId="273dd080-e250-4b12-81cd-f18e8d91a6ed" ma:anchorId="00000000-0000-0000-0000-000000000000" ma:open="true" ma:isKeyword="false">
      <xsd:complexType>
        <xsd:sequence>
          <xsd:element ref="pc:Terms" minOccurs="0" maxOccurs="1"/>
        </xsd:sequence>
      </xsd:complexType>
    </xsd:element>
    <xsd:element name="o5e1d21ffe1346f89536bd6404d3593c" ma:index="38" nillable="true" ma:taxonomy="true" ma:internalName="o5e1d21ffe1346f89536bd6404d3593c" ma:taxonomyFieldName="VA_Publication" ma:displayName="Publication" ma:default="" ma:fieldId="{85e1d21f-fe13-46f8-9536-bd6404d3593c}" ma:sspId="ef48fb0e-e7ff-4d00-a09d-c642a5a22026" ma:termSetId="21bd9f68-951b-4ee4-a27b-68ebb1980101" ma:anchorId="00000000-0000-0000-0000-000000000000" ma:open="false" ma:isKeyword="false">
      <xsd:complexType>
        <xsd:sequence>
          <xsd:element ref="pc:Terms" minOccurs="0" maxOccurs="1"/>
        </xsd:sequence>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41"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34132C-F38D-45B8-9AA2-2557BC84DD4B" elementFormDefault="qualified">
    <xsd:import namespace="http://schemas.microsoft.com/office/2006/documentManagement/types"/>
    <xsd:import namespace="http://schemas.microsoft.com/office/infopath/2007/PartnerControls"/>
    <xsd:element name="VAM_Permission" ma:index="6" ma:displayName="Security level" ma:format="Dropdown" ma:internalName="VAM_Permission">
      <xsd:simpleType>
        <xsd:restriction base="dms:Choice">
          <xsd:enumeration value="Low"/>
          <xsd:enumeration value="Middle"/>
          <xsd:enumeration value="High"/>
          <xsd:enumeration value="Owner only"/>
          <xsd:enumeration value="External"/>
        </xsd:restriction>
      </xsd:simpleType>
    </xsd:element>
    <xsd:element name="VA_P_CustomerNumber" ma:index="9" nillable="true" ma:displayName="Customer Number" ma:internalName="VA_P_CustomerNumber">
      <xsd:simpleType>
        <xsd:restriction base="dms:Text"/>
      </xsd:simpleType>
    </xsd:element>
    <xsd:element name="VA_P_CustomerName" ma:index="10" nillable="true" ma:displayName="Customer Name" ma:internalName="VA_P_CustomerName">
      <xsd:simpleType>
        <xsd:restriction base="dms:Text"/>
      </xsd:simpleType>
    </xsd:element>
    <xsd:element name="VA_P_CustomerTransactionCode" ma:index="11" nillable="true" ma:displayName="Cust. Trans. Number" ma:internalName="VA_P_CustomerTransactionCode">
      <xsd:simpleType>
        <xsd:restriction base="dms:Text">
          <xsd:maxLength value="255"/>
        </xsd:restriction>
      </xsd:simpleType>
    </xsd:element>
    <xsd:element name="VA_P_CustomerTransactionType" ma:index="12" nillable="true" ma:displayName="Cust. Trans. Type" ma:internalName="VA_P_CustomerTransactionType">
      <xsd:simpleType>
        <xsd:restriction base="dms:Text">
          <xsd:maxLength value="255"/>
        </xsd:restriction>
      </xsd:simpleType>
    </xsd:element>
    <xsd:element name="VA_P_OrderType" ma:index="13" nillable="true" ma:displayName="Order Type" ma:internalName="VA_P_OrderType">
      <xsd:simpleType>
        <xsd:restriction base="dms:Text"/>
      </xsd:simpleType>
    </xsd:element>
    <xsd:element name="VA_P_VendorNumber" ma:index="14" nillable="true" ma:displayName="Vendor Number" ma:internalName="VA_P_VendorNumber">
      <xsd:simpleType>
        <xsd:restriction base="dms:Text"/>
      </xsd:simpleType>
    </xsd:element>
    <xsd:element name="VA_P_VendorName" ma:index="15" nillable="true" ma:displayName="Vendor Name" ma:internalName="VA_P_VendorName">
      <xsd:simpleType>
        <xsd:restriction base="dms:Text"/>
      </xsd:simpleType>
    </xsd:element>
    <xsd:element name="VA_P_PurchaseTransactionNumber" ma:index="16" nillable="true" ma:displayName="Purch. Trans. Number" ma:internalName="VA_P_PurchaseTransactionNumber">
      <xsd:simpleType>
        <xsd:restriction base="dms:Text">
          <xsd:maxLength value="255"/>
        </xsd:restriction>
      </xsd:simpleType>
    </xsd:element>
    <xsd:element name="VA_P_PurchaseTransactionType" ma:index="17" nillable="true" ma:displayName="Purch. Trans. Type" ma:internalName="VA_P_PurchaseTransactionType">
      <xsd:simpleType>
        <xsd:restriction base="dms:Text">
          <xsd:maxLength value="255"/>
        </xsd:restriction>
      </xsd:simpleType>
    </xsd:element>
    <xsd:element name="VA_P_MainProductGroupCode" ma:index="18" nillable="true" ma:displayName="Main Product Group" ma:internalName="VA_P_MainProductGroupCode">
      <xsd:simpleType>
        <xsd:restriction base="dms:Text">
          <xsd:maxLength value="255"/>
        </xsd:restriction>
      </xsd:simpleType>
    </xsd:element>
    <xsd:element name="VA_P_ItemCode" ma:index="20" nillable="true" ma:displayName="Item" ma:internalName="VA_P_ItemCode">
      <xsd:simpleType>
        <xsd:restriction base="dms:Text">
          <xsd:maxLength value="255"/>
        </xsd:restriction>
      </xsd:simpleType>
    </xsd:element>
    <xsd:element name="DLCPolicyLabelValue" ma:index="42"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43"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44"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Content Type"/>
        <xsd:element ref="dc:title"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Documents</p:Name>
  <p:Description>Created by ConsoleApp</p:Description>
  <p:Statement/>
  <p:PolicyItems>
    <p:PolicyItem featureId="Microsoft.Office.RecordsManagement.PolicyFeatures.PolicyLabel" staticId="0x010100B41023920CFE1449A729927C613804C53A00F1AC03D78426CB4FBF46461BA2DA86DE|-891311587" UniqueId="bb7057d8-f14d-4bfd-9b88-e6c4a8c9be9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metadata">_dlc_DocId</segment>
          <segment type="literal"> - </segment>
          <segment type="metadata">_UIVersionString</segment>
        </label>
      </p:CustomData>
    </p:PolicyItem>
  </p:PolicyItems>
</p:Policy>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88B575F-37DC-4419-8FC6-BDD3E4DB6B2B}">
  <ds:schemaRefs>
    <ds:schemaRef ds:uri="http://schemas.microsoft.com/office/2006/metadata/properties"/>
    <ds:schemaRef ds:uri="http://schemas.microsoft.com/office/infopath/2007/PartnerControls"/>
    <ds:schemaRef ds:uri="6334132C-F38D-45B8-9AA2-2557BC84DD4B"/>
    <ds:schemaRef ds:uri="ac25def8-7bdb-4003-9db9-84a62f7ea1d8"/>
  </ds:schemaRefs>
</ds:datastoreItem>
</file>

<file path=customXml/itemProps3.xml><?xml version="1.0" encoding="utf-8"?>
<ds:datastoreItem xmlns:ds="http://schemas.openxmlformats.org/officeDocument/2006/customXml" ds:itemID="{0F73E7DE-3776-48F6-B79B-9CD8B8ACF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5def8-7bdb-4003-9db9-84a62f7ea1d8"/>
    <ds:schemaRef ds:uri="http://schemas.microsoft.com/sharepoint/v3"/>
    <ds:schemaRef ds:uri="6334132C-F38D-45B8-9AA2-2557BC84D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545035-D756-4C71-964D-3C25D8E86487}">
  <ds:schemaRefs>
    <ds:schemaRef ds:uri="office.server.policy"/>
  </ds:schemaRefs>
</ds:datastoreItem>
</file>

<file path=customXml/itemProps5.xml><?xml version="1.0" encoding="utf-8"?>
<ds:datastoreItem xmlns:ds="http://schemas.openxmlformats.org/officeDocument/2006/customXml" ds:itemID="{4A7FAD3D-9FD5-4465-8FAE-A7296B41B473}">
  <ds:schemaRefs>
    <ds:schemaRef ds:uri="http://schemas.microsoft.com/sharepoint/events"/>
  </ds:schemaRefs>
</ds:datastoreItem>
</file>

<file path=customXml/itemProps6.xml><?xml version="1.0" encoding="utf-8"?>
<ds:datastoreItem xmlns:ds="http://schemas.openxmlformats.org/officeDocument/2006/customXml" ds:itemID="{0BFB75FF-980B-4BB0-963F-3E9C5BFD34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837</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 - Vulnerability Disclosure Policy (concept)</dc:title>
  <dc:subject>QP-CRA-004</dc:subject>
  <dc:creator>Vermij, Harold</dc:creator>
  <cp:keywords>VDP, CRA, PSIRT, vulnerability disclosure</cp:keywords>
  <dc:description>generated by python-docx</dc:description>
  <cp:lastModifiedBy>Laat de, Daan</cp:lastModifiedBy>
  <cp:revision>2</cp:revision>
  <cp:lastPrinted>2026-09-08T07:01:00Z</cp:lastPrinted>
  <dcterms:created xsi:type="dcterms:W3CDTF">2026-09-11T07:08:00Z</dcterms:created>
  <dcterms:modified xsi:type="dcterms:W3CDTF">2026-09-11T07:08:00Z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0x010100B41023920CFE1449A729927C613804C53A000843768FF933E848AB75AB3F09253FA5</vt:lpwstr>
  </property>
  <property fmtid="{D5CDD505-2E9C-101B-9397-08002B2CF9AE}" pid="3" name="_dlc_DocIdItemGuid">
    <vt:lpwstr>04aa5bfc-3895-4a86-820e-dd28b89587fe</vt:lpwstr>
  </property>
  <property fmtid="{D5CDD505-2E9C-101B-9397-08002B2CF9AE}" pid="4" name="VA_Language">
    <vt:lpwstr/>
  </property>
  <property fmtid="{D5CDD505-2E9C-101B-9397-08002B2CF9AE}" pid="5" name="VA_AristaCategory">
    <vt:lpwstr/>
  </property>
  <property fmtid="{D5CDD505-2E9C-101B-9397-08002B2CF9AE}" pid="6" name="VA_DocumentType">
    <vt:lpwstr/>
  </property>
  <property fmtid="{D5CDD505-2E9C-101B-9397-08002B2CF9AE}" pid="7" name="VA_Publication">
    <vt:lpwstr/>
  </property>
</Properties>
</file>